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C5260" w14:textId="721518F9" w:rsidR="00246EAD" w:rsidRPr="00152E5C" w:rsidRDefault="000C363E" w:rsidP="000C363E">
      <w:pPr>
        <w:spacing w:after="360"/>
        <w:rPr>
          <w:rFonts w:ascii="Arial" w:hAnsi="Arial" w:cs="Arial"/>
          <w:b/>
          <w:sz w:val="24"/>
          <w:szCs w:val="24"/>
        </w:rPr>
      </w:pPr>
      <w:r w:rsidRPr="00152E5C">
        <w:rPr>
          <w:rFonts w:ascii="Arial" w:eastAsia="Gotham Book" w:hAnsi="Arial" w:cs="Arial"/>
          <w:noProof/>
          <w:color w:val="404040" w:themeColor="text1" w:themeTint="BF"/>
          <w:sz w:val="24"/>
          <w:szCs w:val="24"/>
        </w:rPr>
        <w:drawing>
          <wp:anchor distT="0" distB="0" distL="0" distR="0" simplePos="0" relativeHeight="251658752" behindDoc="1" locked="0" layoutInCell="0" allowOverlap="1" wp14:anchorId="4FF92852" wp14:editId="2A148AAA">
            <wp:simplePos x="0" y="0"/>
            <wp:positionH relativeFrom="page">
              <wp:posOffset>-236220</wp:posOffset>
            </wp:positionH>
            <wp:positionV relativeFrom="page">
              <wp:posOffset>0</wp:posOffset>
            </wp:positionV>
            <wp:extent cx="2960614" cy="914400"/>
            <wp:effectExtent l="0" t="0" r="0" b="0"/>
            <wp:wrapNone/>
            <wp:docPr id="1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fficeArt objec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0614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0773" w:rsidRPr="00152E5C">
        <w:rPr>
          <w:rFonts w:ascii="Arial" w:hAnsi="Arial" w:cs="Arial"/>
          <w:b/>
          <w:sz w:val="24"/>
          <w:szCs w:val="24"/>
        </w:rPr>
        <w:t xml:space="preserve">ANEXO II - </w:t>
      </w:r>
      <w:r w:rsidRPr="00152E5C">
        <w:rPr>
          <w:rFonts w:ascii="Arial" w:hAnsi="Arial" w:cs="Arial"/>
          <w:b/>
          <w:sz w:val="24"/>
          <w:szCs w:val="24"/>
        </w:rPr>
        <w:t xml:space="preserve">MANUAL DE DIRETRIZES E NORMAS DE FORMATAÇÃO DO </w:t>
      </w:r>
      <w:r w:rsidR="00F62C5E" w:rsidRPr="00152E5C">
        <w:rPr>
          <w:rFonts w:ascii="Arial" w:hAnsi="Arial" w:cs="Arial"/>
          <w:b/>
          <w:sz w:val="24"/>
          <w:szCs w:val="24"/>
        </w:rPr>
        <w:t>PROJETO</w:t>
      </w:r>
      <w:r w:rsidRPr="00152E5C">
        <w:rPr>
          <w:rFonts w:ascii="Arial" w:hAnsi="Arial" w:cs="Arial"/>
          <w:b/>
          <w:sz w:val="24"/>
          <w:szCs w:val="24"/>
        </w:rPr>
        <w:br/>
        <w:t>(TRABALHO COMPLETO EM FORMATO DE RESUMO EXPANDIDO)</w:t>
      </w:r>
    </w:p>
    <w:p w14:paraId="148850FA" w14:textId="77777777" w:rsidR="00EA5760" w:rsidRDefault="000C363E" w:rsidP="000C363E">
      <w:pPr>
        <w:spacing w:after="360"/>
        <w:rPr>
          <w:rFonts w:ascii="Arial" w:hAnsi="Arial" w:cs="Arial"/>
          <w:i/>
          <w:color w:val="333333"/>
        </w:rPr>
      </w:pPr>
      <w:r w:rsidRPr="0073404A">
        <w:rPr>
          <w:rFonts w:ascii="Arial" w:hAnsi="Arial" w:cs="Arial"/>
          <w:i/>
          <w:color w:val="333333"/>
        </w:rPr>
        <w:t xml:space="preserve">Este </w:t>
      </w:r>
      <w:proofErr w:type="spellStart"/>
      <w:r w:rsidRPr="0073404A">
        <w:rPr>
          <w:rFonts w:ascii="Arial" w:hAnsi="Arial" w:cs="Arial"/>
          <w:i/>
          <w:color w:val="333333"/>
        </w:rPr>
        <w:t>documento</w:t>
      </w:r>
      <w:proofErr w:type="spellEnd"/>
      <w:r w:rsidRPr="0073404A">
        <w:rPr>
          <w:rFonts w:ascii="Arial" w:hAnsi="Arial" w:cs="Arial"/>
          <w:i/>
          <w:color w:val="333333"/>
        </w:rPr>
        <w:t xml:space="preserve"> serve </w:t>
      </w:r>
      <w:proofErr w:type="spellStart"/>
      <w:r w:rsidRPr="0073404A">
        <w:rPr>
          <w:rFonts w:ascii="Arial" w:hAnsi="Arial" w:cs="Arial"/>
          <w:i/>
          <w:color w:val="333333"/>
        </w:rPr>
        <w:t>como</w:t>
      </w:r>
      <w:proofErr w:type="spellEnd"/>
      <w:r w:rsidRPr="0073404A">
        <w:rPr>
          <w:rFonts w:ascii="Arial" w:hAnsi="Arial" w:cs="Arial"/>
          <w:i/>
          <w:color w:val="333333"/>
        </w:rPr>
        <w:t xml:space="preserve"> </w:t>
      </w:r>
      <w:proofErr w:type="spellStart"/>
      <w:r w:rsidRPr="0073404A">
        <w:rPr>
          <w:rFonts w:ascii="Arial" w:hAnsi="Arial" w:cs="Arial"/>
          <w:i/>
          <w:color w:val="333333"/>
        </w:rPr>
        <w:t>orientação</w:t>
      </w:r>
      <w:proofErr w:type="spellEnd"/>
      <w:r w:rsidRPr="0073404A">
        <w:rPr>
          <w:rFonts w:ascii="Arial" w:hAnsi="Arial" w:cs="Arial"/>
          <w:i/>
          <w:color w:val="333333"/>
        </w:rPr>
        <w:t xml:space="preserve"> </w:t>
      </w:r>
      <w:proofErr w:type="spellStart"/>
      <w:r w:rsidRPr="0073404A">
        <w:rPr>
          <w:rFonts w:ascii="Arial" w:hAnsi="Arial" w:cs="Arial"/>
          <w:i/>
          <w:color w:val="333333"/>
        </w:rPr>
        <w:t>oficial</w:t>
      </w:r>
      <w:proofErr w:type="spellEnd"/>
      <w:r w:rsidRPr="0073404A">
        <w:rPr>
          <w:rFonts w:ascii="Arial" w:hAnsi="Arial" w:cs="Arial"/>
          <w:i/>
          <w:color w:val="333333"/>
        </w:rPr>
        <w:t xml:space="preserve"> para </w:t>
      </w:r>
      <w:proofErr w:type="gramStart"/>
      <w:r w:rsidRPr="0073404A">
        <w:rPr>
          <w:rFonts w:ascii="Arial" w:hAnsi="Arial" w:cs="Arial"/>
          <w:i/>
          <w:color w:val="333333"/>
        </w:rPr>
        <w:t>a</w:t>
      </w:r>
      <w:proofErr w:type="gramEnd"/>
      <w:r w:rsidRPr="0073404A">
        <w:rPr>
          <w:rFonts w:ascii="Arial" w:hAnsi="Arial" w:cs="Arial"/>
          <w:i/>
          <w:color w:val="333333"/>
        </w:rPr>
        <w:t xml:space="preserve"> </w:t>
      </w:r>
      <w:proofErr w:type="spellStart"/>
      <w:r w:rsidRPr="0073404A">
        <w:rPr>
          <w:rFonts w:ascii="Arial" w:hAnsi="Arial" w:cs="Arial"/>
          <w:i/>
          <w:color w:val="333333"/>
        </w:rPr>
        <w:t>elaboração</w:t>
      </w:r>
      <w:proofErr w:type="spellEnd"/>
      <w:r w:rsidRPr="0073404A">
        <w:rPr>
          <w:rFonts w:ascii="Arial" w:hAnsi="Arial" w:cs="Arial"/>
          <w:i/>
          <w:color w:val="333333"/>
        </w:rPr>
        <w:t xml:space="preserve"> e </w:t>
      </w:r>
      <w:proofErr w:type="spellStart"/>
      <w:r w:rsidRPr="0073404A">
        <w:rPr>
          <w:rFonts w:ascii="Arial" w:hAnsi="Arial" w:cs="Arial"/>
          <w:i/>
          <w:color w:val="333333"/>
        </w:rPr>
        <w:t>submissão</w:t>
      </w:r>
      <w:proofErr w:type="spellEnd"/>
      <w:r w:rsidRPr="0073404A">
        <w:rPr>
          <w:rFonts w:ascii="Arial" w:hAnsi="Arial" w:cs="Arial"/>
          <w:i/>
          <w:color w:val="333333"/>
        </w:rPr>
        <w:t xml:space="preserve"> do </w:t>
      </w:r>
      <w:proofErr w:type="spellStart"/>
      <w:r w:rsidR="00625338">
        <w:rPr>
          <w:rFonts w:ascii="Arial" w:hAnsi="Arial" w:cs="Arial"/>
          <w:i/>
          <w:color w:val="333333"/>
        </w:rPr>
        <w:t>Trabalho</w:t>
      </w:r>
      <w:proofErr w:type="spellEnd"/>
      <w:r w:rsidR="00625338">
        <w:rPr>
          <w:rFonts w:ascii="Arial" w:hAnsi="Arial" w:cs="Arial"/>
          <w:i/>
          <w:color w:val="333333"/>
        </w:rPr>
        <w:t xml:space="preserve"> </w:t>
      </w:r>
      <w:proofErr w:type="spellStart"/>
      <w:r w:rsidR="00625338">
        <w:rPr>
          <w:rFonts w:ascii="Arial" w:hAnsi="Arial" w:cs="Arial"/>
          <w:i/>
          <w:color w:val="333333"/>
        </w:rPr>
        <w:t>Cient</w:t>
      </w:r>
      <w:r w:rsidR="00DC0B33">
        <w:rPr>
          <w:rFonts w:ascii="Arial" w:hAnsi="Arial" w:cs="Arial"/>
          <w:i/>
          <w:color w:val="333333"/>
        </w:rPr>
        <w:t>ífico</w:t>
      </w:r>
      <w:proofErr w:type="spellEnd"/>
      <w:r w:rsidRPr="0073404A">
        <w:rPr>
          <w:rFonts w:ascii="Arial" w:hAnsi="Arial" w:cs="Arial"/>
          <w:i/>
          <w:color w:val="333333"/>
        </w:rPr>
        <w:t xml:space="preserve"> </w:t>
      </w:r>
      <w:proofErr w:type="spellStart"/>
      <w:r w:rsidRPr="0073404A">
        <w:rPr>
          <w:rFonts w:ascii="Arial" w:hAnsi="Arial" w:cs="Arial"/>
          <w:i/>
          <w:color w:val="333333"/>
        </w:rPr>
        <w:t>Completo</w:t>
      </w:r>
      <w:proofErr w:type="spellEnd"/>
      <w:r w:rsidRPr="0073404A">
        <w:rPr>
          <w:rFonts w:ascii="Arial" w:hAnsi="Arial" w:cs="Arial"/>
          <w:i/>
          <w:color w:val="333333"/>
        </w:rPr>
        <w:t xml:space="preserve"> </w:t>
      </w:r>
      <w:proofErr w:type="spellStart"/>
      <w:r w:rsidRPr="0073404A">
        <w:rPr>
          <w:rFonts w:ascii="Arial" w:hAnsi="Arial" w:cs="Arial"/>
          <w:i/>
          <w:color w:val="333333"/>
        </w:rPr>
        <w:t>referente</w:t>
      </w:r>
      <w:proofErr w:type="spellEnd"/>
      <w:r w:rsidRPr="0073404A">
        <w:rPr>
          <w:rFonts w:ascii="Arial" w:hAnsi="Arial" w:cs="Arial"/>
          <w:i/>
          <w:color w:val="333333"/>
        </w:rPr>
        <w:t xml:space="preserve"> </w:t>
      </w:r>
      <w:proofErr w:type="spellStart"/>
      <w:r w:rsidRPr="0073404A">
        <w:rPr>
          <w:rFonts w:ascii="Arial" w:hAnsi="Arial" w:cs="Arial"/>
          <w:i/>
          <w:color w:val="333333"/>
        </w:rPr>
        <w:t>ao</w:t>
      </w:r>
      <w:proofErr w:type="spellEnd"/>
      <w:r w:rsidRPr="0073404A">
        <w:rPr>
          <w:rFonts w:ascii="Arial" w:hAnsi="Arial" w:cs="Arial"/>
          <w:i/>
          <w:color w:val="333333"/>
        </w:rPr>
        <w:t xml:space="preserve"> </w:t>
      </w:r>
      <w:proofErr w:type="spellStart"/>
      <w:r w:rsidRPr="0073404A">
        <w:rPr>
          <w:rFonts w:ascii="Arial" w:hAnsi="Arial" w:cs="Arial"/>
          <w:i/>
          <w:color w:val="333333"/>
        </w:rPr>
        <w:t>edital</w:t>
      </w:r>
      <w:proofErr w:type="spellEnd"/>
      <w:r w:rsidRPr="0073404A">
        <w:rPr>
          <w:rFonts w:ascii="Arial" w:hAnsi="Arial" w:cs="Arial"/>
          <w:i/>
          <w:color w:val="333333"/>
        </w:rPr>
        <w:t xml:space="preserve">. O </w:t>
      </w:r>
      <w:proofErr w:type="spellStart"/>
      <w:r w:rsidRPr="0073404A">
        <w:rPr>
          <w:rFonts w:ascii="Arial" w:hAnsi="Arial" w:cs="Arial"/>
          <w:i/>
          <w:color w:val="333333"/>
        </w:rPr>
        <w:t>cumprimento</w:t>
      </w:r>
      <w:proofErr w:type="spellEnd"/>
      <w:r w:rsidRPr="0073404A">
        <w:rPr>
          <w:rFonts w:ascii="Arial" w:hAnsi="Arial" w:cs="Arial"/>
          <w:i/>
          <w:color w:val="333333"/>
        </w:rPr>
        <w:t xml:space="preserve"> </w:t>
      </w:r>
      <w:proofErr w:type="spellStart"/>
      <w:r w:rsidRPr="0073404A">
        <w:rPr>
          <w:rFonts w:ascii="Arial" w:hAnsi="Arial" w:cs="Arial"/>
          <w:i/>
          <w:color w:val="333333"/>
        </w:rPr>
        <w:t>estrito</w:t>
      </w:r>
      <w:proofErr w:type="spellEnd"/>
      <w:r w:rsidRPr="0073404A">
        <w:rPr>
          <w:rFonts w:ascii="Arial" w:hAnsi="Arial" w:cs="Arial"/>
          <w:i/>
          <w:color w:val="333333"/>
        </w:rPr>
        <w:t xml:space="preserve"> </w:t>
      </w:r>
      <w:proofErr w:type="spellStart"/>
      <w:r w:rsidRPr="0073404A">
        <w:rPr>
          <w:rFonts w:ascii="Arial" w:hAnsi="Arial" w:cs="Arial"/>
          <w:i/>
          <w:color w:val="333333"/>
        </w:rPr>
        <w:t>destas</w:t>
      </w:r>
      <w:proofErr w:type="spellEnd"/>
      <w:r w:rsidRPr="0073404A">
        <w:rPr>
          <w:rFonts w:ascii="Arial" w:hAnsi="Arial" w:cs="Arial"/>
          <w:i/>
          <w:color w:val="333333"/>
        </w:rPr>
        <w:t xml:space="preserve"> </w:t>
      </w:r>
      <w:proofErr w:type="spellStart"/>
      <w:r w:rsidRPr="0073404A">
        <w:rPr>
          <w:rFonts w:ascii="Arial" w:hAnsi="Arial" w:cs="Arial"/>
          <w:i/>
          <w:color w:val="333333"/>
        </w:rPr>
        <w:t>normas</w:t>
      </w:r>
      <w:proofErr w:type="spellEnd"/>
      <w:r w:rsidRPr="0073404A">
        <w:rPr>
          <w:rFonts w:ascii="Arial" w:hAnsi="Arial" w:cs="Arial"/>
          <w:i/>
          <w:color w:val="333333"/>
        </w:rPr>
        <w:t xml:space="preserve"> é </w:t>
      </w:r>
      <w:proofErr w:type="spellStart"/>
      <w:r w:rsidRPr="0073404A">
        <w:rPr>
          <w:rFonts w:ascii="Arial" w:hAnsi="Arial" w:cs="Arial"/>
          <w:i/>
          <w:color w:val="333333"/>
        </w:rPr>
        <w:t>critério</w:t>
      </w:r>
      <w:proofErr w:type="spellEnd"/>
      <w:r w:rsidRPr="0073404A">
        <w:rPr>
          <w:rFonts w:ascii="Arial" w:hAnsi="Arial" w:cs="Arial"/>
          <w:i/>
          <w:color w:val="333333"/>
        </w:rPr>
        <w:t xml:space="preserve"> </w:t>
      </w:r>
    </w:p>
    <w:p w14:paraId="5F6DD53F" w14:textId="77777777" w:rsidR="00EA5760" w:rsidRDefault="00EA5760" w:rsidP="000C363E">
      <w:pPr>
        <w:spacing w:after="360"/>
        <w:rPr>
          <w:rFonts w:ascii="Arial" w:hAnsi="Arial" w:cs="Arial"/>
          <w:i/>
          <w:color w:val="333333"/>
        </w:rPr>
      </w:pPr>
    </w:p>
    <w:p w14:paraId="2195A26D" w14:textId="4C973234" w:rsidR="000C363E" w:rsidRPr="0073404A" w:rsidRDefault="000C363E" w:rsidP="000C363E">
      <w:pPr>
        <w:spacing w:after="360"/>
        <w:rPr>
          <w:rFonts w:ascii="Arial" w:hAnsi="Arial" w:cs="Arial"/>
          <w:b/>
          <w:color w:val="1A6F09"/>
        </w:rPr>
      </w:pPr>
      <w:proofErr w:type="spellStart"/>
      <w:r w:rsidRPr="0073404A">
        <w:rPr>
          <w:rFonts w:ascii="Arial" w:hAnsi="Arial" w:cs="Arial"/>
          <w:i/>
          <w:color w:val="333333"/>
        </w:rPr>
        <w:t>obrigatório</w:t>
      </w:r>
      <w:proofErr w:type="spellEnd"/>
      <w:r w:rsidRPr="0073404A">
        <w:rPr>
          <w:rFonts w:ascii="Arial" w:hAnsi="Arial" w:cs="Arial"/>
          <w:i/>
          <w:color w:val="333333"/>
        </w:rPr>
        <w:t xml:space="preserve"> para a </w:t>
      </w:r>
      <w:proofErr w:type="spellStart"/>
      <w:r w:rsidRPr="0073404A">
        <w:rPr>
          <w:rFonts w:ascii="Arial" w:hAnsi="Arial" w:cs="Arial"/>
          <w:i/>
          <w:color w:val="333333"/>
        </w:rPr>
        <w:t>validação</w:t>
      </w:r>
      <w:proofErr w:type="spellEnd"/>
      <w:r w:rsidRPr="0073404A">
        <w:rPr>
          <w:rFonts w:ascii="Arial" w:hAnsi="Arial" w:cs="Arial"/>
          <w:i/>
          <w:color w:val="333333"/>
        </w:rPr>
        <w:t xml:space="preserve"> e </w:t>
      </w:r>
      <w:proofErr w:type="spellStart"/>
      <w:r w:rsidRPr="0073404A">
        <w:rPr>
          <w:rFonts w:ascii="Arial" w:hAnsi="Arial" w:cs="Arial"/>
          <w:i/>
          <w:color w:val="333333"/>
        </w:rPr>
        <w:t>avaliação</w:t>
      </w:r>
      <w:proofErr w:type="spellEnd"/>
      <w:r w:rsidRPr="0073404A">
        <w:rPr>
          <w:rFonts w:ascii="Arial" w:hAnsi="Arial" w:cs="Arial"/>
          <w:i/>
          <w:color w:val="333333"/>
        </w:rPr>
        <w:t xml:space="preserve"> </w:t>
      </w:r>
      <w:proofErr w:type="spellStart"/>
      <w:r w:rsidRPr="0073404A">
        <w:rPr>
          <w:rFonts w:ascii="Arial" w:hAnsi="Arial" w:cs="Arial"/>
          <w:i/>
          <w:color w:val="333333"/>
        </w:rPr>
        <w:t>técnica</w:t>
      </w:r>
      <w:proofErr w:type="spellEnd"/>
      <w:r w:rsidRPr="0073404A">
        <w:rPr>
          <w:rFonts w:ascii="Arial" w:hAnsi="Arial" w:cs="Arial"/>
          <w:i/>
          <w:color w:val="333333"/>
        </w:rPr>
        <w:t xml:space="preserve"> da </w:t>
      </w:r>
      <w:proofErr w:type="spellStart"/>
      <w:r w:rsidRPr="0073404A">
        <w:rPr>
          <w:rFonts w:ascii="Arial" w:hAnsi="Arial" w:cs="Arial"/>
          <w:i/>
          <w:color w:val="333333"/>
        </w:rPr>
        <w:t>proposta</w:t>
      </w:r>
      <w:proofErr w:type="spellEnd"/>
      <w:r w:rsidR="00B4526C">
        <w:rPr>
          <w:rFonts w:ascii="Arial" w:hAnsi="Arial" w:cs="Arial"/>
          <w:i/>
          <w:color w:val="333333"/>
        </w:rPr>
        <w:t>.</w:t>
      </w:r>
      <w:r w:rsidR="009B7AD2">
        <w:rPr>
          <w:rFonts w:ascii="Arial" w:hAnsi="Arial" w:cs="Arial"/>
          <w:i/>
          <w:color w:val="333333"/>
        </w:rPr>
        <w:t xml:space="preserve"> </w:t>
      </w:r>
    </w:p>
    <w:p w14:paraId="017B6B0F" w14:textId="77777777" w:rsidR="00246EAD" w:rsidRPr="0073404A" w:rsidRDefault="00000000">
      <w:pPr>
        <w:rPr>
          <w:rFonts w:ascii="Arial" w:hAnsi="Arial" w:cs="Arial"/>
        </w:rPr>
      </w:pPr>
      <w:r w:rsidRPr="0073404A">
        <w:rPr>
          <w:rFonts w:ascii="Arial" w:hAnsi="Arial" w:cs="Arial"/>
          <w:b/>
        </w:rPr>
        <w:t>1. FORMATAÇÃO GERAL DA PÁGINA</w:t>
      </w:r>
    </w:p>
    <w:p w14:paraId="76C6D0CC" w14:textId="77777777" w:rsidR="00246EAD" w:rsidRPr="0073404A" w:rsidRDefault="00000000">
      <w:pPr>
        <w:pStyle w:val="Commarcadores"/>
        <w:spacing w:after="80"/>
        <w:rPr>
          <w:rFonts w:ascii="Arial" w:hAnsi="Arial" w:cs="Arial"/>
        </w:rPr>
      </w:pPr>
      <w:proofErr w:type="spellStart"/>
      <w:r w:rsidRPr="0073404A">
        <w:rPr>
          <w:rFonts w:ascii="Arial" w:hAnsi="Arial" w:cs="Arial"/>
          <w:b/>
        </w:rPr>
        <w:t>Tamanho</w:t>
      </w:r>
      <w:proofErr w:type="spellEnd"/>
      <w:r w:rsidRPr="0073404A">
        <w:rPr>
          <w:rFonts w:ascii="Arial" w:hAnsi="Arial" w:cs="Arial"/>
          <w:b/>
        </w:rPr>
        <w:t xml:space="preserve"> do </w:t>
      </w:r>
      <w:proofErr w:type="spellStart"/>
      <w:r w:rsidRPr="0073404A">
        <w:rPr>
          <w:rFonts w:ascii="Arial" w:hAnsi="Arial" w:cs="Arial"/>
          <w:b/>
        </w:rPr>
        <w:t>papel</w:t>
      </w:r>
      <w:proofErr w:type="spellEnd"/>
      <w:r w:rsidRPr="0073404A">
        <w:rPr>
          <w:rFonts w:ascii="Arial" w:hAnsi="Arial" w:cs="Arial"/>
          <w:b/>
        </w:rPr>
        <w:t>:</w:t>
      </w:r>
      <w:r w:rsidRPr="0073404A">
        <w:rPr>
          <w:rFonts w:ascii="Arial" w:hAnsi="Arial" w:cs="Arial"/>
        </w:rPr>
        <w:t xml:space="preserve"> A4 (21 cm × 29,7 cm).</w:t>
      </w:r>
    </w:p>
    <w:p w14:paraId="444524B6" w14:textId="77777777" w:rsidR="00246EAD" w:rsidRPr="0073404A" w:rsidRDefault="00000000">
      <w:pPr>
        <w:pStyle w:val="Commarcadores"/>
        <w:spacing w:after="80"/>
        <w:rPr>
          <w:rFonts w:ascii="Arial" w:hAnsi="Arial" w:cs="Arial"/>
        </w:rPr>
      </w:pPr>
      <w:proofErr w:type="spellStart"/>
      <w:r w:rsidRPr="0073404A">
        <w:rPr>
          <w:rFonts w:ascii="Arial" w:hAnsi="Arial" w:cs="Arial"/>
          <w:b/>
        </w:rPr>
        <w:t>Margens</w:t>
      </w:r>
      <w:proofErr w:type="spellEnd"/>
      <w:r w:rsidRPr="0073404A">
        <w:rPr>
          <w:rFonts w:ascii="Arial" w:hAnsi="Arial" w:cs="Arial"/>
          <w:b/>
        </w:rPr>
        <w:t>:</w:t>
      </w:r>
      <w:r w:rsidRPr="0073404A">
        <w:rPr>
          <w:rFonts w:ascii="Arial" w:hAnsi="Arial" w:cs="Arial"/>
        </w:rPr>
        <w:t xml:space="preserve"> Superior e </w:t>
      </w:r>
      <w:proofErr w:type="spellStart"/>
      <w:r w:rsidRPr="0073404A">
        <w:rPr>
          <w:rFonts w:ascii="Arial" w:hAnsi="Arial" w:cs="Arial"/>
        </w:rPr>
        <w:t>Esquerda</w:t>
      </w:r>
      <w:proofErr w:type="spellEnd"/>
      <w:r w:rsidRPr="0073404A">
        <w:rPr>
          <w:rFonts w:ascii="Arial" w:hAnsi="Arial" w:cs="Arial"/>
        </w:rPr>
        <w:t xml:space="preserve">: 3,0 cm; Inferior e </w:t>
      </w:r>
      <w:proofErr w:type="spellStart"/>
      <w:r w:rsidRPr="0073404A">
        <w:rPr>
          <w:rFonts w:ascii="Arial" w:hAnsi="Arial" w:cs="Arial"/>
        </w:rPr>
        <w:t>Direita</w:t>
      </w:r>
      <w:proofErr w:type="spellEnd"/>
      <w:r w:rsidRPr="0073404A">
        <w:rPr>
          <w:rFonts w:ascii="Arial" w:hAnsi="Arial" w:cs="Arial"/>
        </w:rPr>
        <w:t>: 2,0 cm (Conforme Normas ABNT).</w:t>
      </w:r>
    </w:p>
    <w:p w14:paraId="2B9E3036" w14:textId="3356AB34" w:rsidR="00246EAD" w:rsidRPr="0073404A" w:rsidRDefault="00000000">
      <w:pPr>
        <w:pStyle w:val="Commarcadores"/>
        <w:spacing w:after="80"/>
        <w:rPr>
          <w:rFonts w:ascii="Arial" w:hAnsi="Arial" w:cs="Arial"/>
        </w:rPr>
      </w:pPr>
      <w:proofErr w:type="spellStart"/>
      <w:r w:rsidRPr="0073404A">
        <w:rPr>
          <w:rFonts w:ascii="Arial" w:hAnsi="Arial" w:cs="Arial"/>
          <w:b/>
        </w:rPr>
        <w:t>Espaçamento</w:t>
      </w:r>
      <w:proofErr w:type="spellEnd"/>
      <w:r w:rsidRPr="0073404A">
        <w:rPr>
          <w:rFonts w:ascii="Arial" w:hAnsi="Arial" w:cs="Arial"/>
          <w:b/>
        </w:rPr>
        <w:t xml:space="preserve"> entre </w:t>
      </w:r>
      <w:proofErr w:type="spellStart"/>
      <w:r w:rsidRPr="0073404A">
        <w:rPr>
          <w:rFonts w:ascii="Arial" w:hAnsi="Arial" w:cs="Arial"/>
          <w:b/>
        </w:rPr>
        <w:t>linhas</w:t>
      </w:r>
      <w:proofErr w:type="spellEnd"/>
      <w:r w:rsidRPr="0073404A">
        <w:rPr>
          <w:rFonts w:ascii="Arial" w:hAnsi="Arial" w:cs="Arial"/>
          <w:b/>
        </w:rPr>
        <w:t>:</w:t>
      </w:r>
      <w:r w:rsidRPr="0073404A">
        <w:rPr>
          <w:rFonts w:ascii="Arial" w:hAnsi="Arial" w:cs="Arial"/>
        </w:rPr>
        <w:t xml:space="preserve"> 1,5 cm </w:t>
      </w:r>
      <w:proofErr w:type="spellStart"/>
      <w:r w:rsidRPr="0073404A">
        <w:rPr>
          <w:rFonts w:ascii="Arial" w:hAnsi="Arial" w:cs="Arial"/>
        </w:rPr>
        <w:t>em</w:t>
      </w:r>
      <w:proofErr w:type="spellEnd"/>
      <w:r w:rsidRPr="0073404A">
        <w:rPr>
          <w:rFonts w:ascii="Arial" w:hAnsi="Arial" w:cs="Arial"/>
        </w:rPr>
        <w:t xml:space="preserve"> </w:t>
      </w:r>
      <w:proofErr w:type="spellStart"/>
      <w:r w:rsidRPr="0073404A">
        <w:rPr>
          <w:rFonts w:ascii="Arial" w:hAnsi="Arial" w:cs="Arial"/>
        </w:rPr>
        <w:t>todo</w:t>
      </w:r>
      <w:proofErr w:type="spellEnd"/>
      <w:r w:rsidRPr="0073404A">
        <w:rPr>
          <w:rFonts w:ascii="Arial" w:hAnsi="Arial" w:cs="Arial"/>
        </w:rPr>
        <w:t xml:space="preserve"> o </w:t>
      </w:r>
      <w:proofErr w:type="spellStart"/>
      <w:r w:rsidRPr="0073404A">
        <w:rPr>
          <w:rFonts w:ascii="Arial" w:hAnsi="Arial" w:cs="Arial"/>
        </w:rPr>
        <w:t>corpo</w:t>
      </w:r>
      <w:proofErr w:type="spellEnd"/>
      <w:r w:rsidRPr="0073404A">
        <w:rPr>
          <w:rFonts w:ascii="Arial" w:hAnsi="Arial" w:cs="Arial"/>
        </w:rPr>
        <w:t xml:space="preserve"> do </w:t>
      </w:r>
      <w:proofErr w:type="spellStart"/>
      <w:r w:rsidRPr="0073404A">
        <w:rPr>
          <w:rFonts w:ascii="Arial" w:hAnsi="Arial" w:cs="Arial"/>
        </w:rPr>
        <w:t>texto</w:t>
      </w:r>
      <w:proofErr w:type="spellEnd"/>
      <w:r w:rsidRPr="0073404A">
        <w:rPr>
          <w:rFonts w:ascii="Arial" w:hAnsi="Arial" w:cs="Arial"/>
        </w:rPr>
        <w:t>.</w:t>
      </w:r>
    </w:p>
    <w:p w14:paraId="6EAC5624" w14:textId="746D152F" w:rsidR="00246EAD" w:rsidRPr="0073404A" w:rsidRDefault="00000000">
      <w:pPr>
        <w:pStyle w:val="Commarcadores"/>
        <w:spacing w:after="80"/>
        <w:rPr>
          <w:rFonts w:ascii="Arial" w:hAnsi="Arial" w:cs="Arial"/>
        </w:rPr>
      </w:pPr>
      <w:proofErr w:type="spellStart"/>
      <w:r w:rsidRPr="0073404A">
        <w:rPr>
          <w:rFonts w:ascii="Arial" w:hAnsi="Arial" w:cs="Arial"/>
          <w:b/>
        </w:rPr>
        <w:t>Alinhamento</w:t>
      </w:r>
      <w:proofErr w:type="spellEnd"/>
      <w:r w:rsidRPr="0073404A">
        <w:rPr>
          <w:rFonts w:ascii="Arial" w:hAnsi="Arial" w:cs="Arial"/>
          <w:b/>
        </w:rPr>
        <w:t>:</w:t>
      </w:r>
      <w:r w:rsidRPr="0073404A">
        <w:rPr>
          <w:rFonts w:ascii="Arial" w:hAnsi="Arial" w:cs="Arial"/>
        </w:rPr>
        <w:t xml:space="preserve"> </w:t>
      </w:r>
      <w:proofErr w:type="spellStart"/>
      <w:r w:rsidRPr="0073404A">
        <w:rPr>
          <w:rFonts w:ascii="Arial" w:hAnsi="Arial" w:cs="Arial"/>
        </w:rPr>
        <w:t>Justificado</w:t>
      </w:r>
      <w:proofErr w:type="spellEnd"/>
      <w:r w:rsidRPr="0073404A">
        <w:rPr>
          <w:rFonts w:ascii="Arial" w:hAnsi="Arial" w:cs="Arial"/>
        </w:rPr>
        <w:t>.</w:t>
      </w:r>
    </w:p>
    <w:p w14:paraId="64718AB4" w14:textId="1A0400C8" w:rsidR="00246EAD" w:rsidRPr="0073404A" w:rsidRDefault="00000000">
      <w:pPr>
        <w:pStyle w:val="Commarcadores"/>
        <w:spacing w:after="80"/>
        <w:rPr>
          <w:rFonts w:ascii="Arial" w:hAnsi="Arial" w:cs="Arial"/>
        </w:rPr>
      </w:pPr>
      <w:r w:rsidRPr="0073404A">
        <w:rPr>
          <w:rFonts w:ascii="Arial" w:hAnsi="Arial" w:cs="Arial"/>
          <w:b/>
        </w:rPr>
        <w:t>Fonte:</w:t>
      </w:r>
      <w:r w:rsidRPr="0073404A">
        <w:rPr>
          <w:rFonts w:ascii="Arial" w:hAnsi="Arial" w:cs="Arial"/>
        </w:rPr>
        <w:t xml:space="preserve"> Arial </w:t>
      </w:r>
      <w:proofErr w:type="spellStart"/>
      <w:r w:rsidRPr="0073404A">
        <w:rPr>
          <w:rFonts w:ascii="Arial" w:hAnsi="Arial" w:cs="Arial"/>
        </w:rPr>
        <w:t>ou</w:t>
      </w:r>
      <w:proofErr w:type="spellEnd"/>
      <w:r w:rsidRPr="0073404A">
        <w:rPr>
          <w:rFonts w:ascii="Arial" w:hAnsi="Arial" w:cs="Arial"/>
        </w:rPr>
        <w:t xml:space="preserve"> Times New Roman, </w:t>
      </w:r>
      <w:proofErr w:type="spellStart"/>
      <w:r w:rsidRPr="0073404A">
        <w:rPr>
          <w:rFonts w:ascii="Arial" w:hAnsi="Arial" w:cs="Arial"/>
        </w:rPr>
        <w:t>tamanho</w:t>
      </w:r>
      <w:proofErr w:type="spellEnd"/>
      <w:r w:rsidRPr="0073404A">
        <w:rPr>
          <w:rFonts w:ascii="Arial" w:hAnsi="Arial" w:cs="Arial"/>
        </w:rPr>
        <w:t xml:space="preserve"> 12 para o </w:t>
      </w:r>
      <w:proofErr w:type="spellStart"/>
      <w:r w:rsidRPr="0073404A">
        <w:rPr>
          <w:rFonts w:ascii="Arial" w:hAnsi="Arial" w:cs="Arial"/>
        </w:rPr>
        <w:t>corpo</w:t>
      </w:r>
      <w:proofErr w:type="spellEnd"/>
      <w:r w:rsidRPr="0073404A">
        <w:rPr>
          <w:rFonts w:ascii="Arial" w:hAnsi="Arial" w:cs="Arial"/>
        </w:rPr>
        <w:t xml:space="preserve"> do </w:t>
      </w:r>
      <w:proofErr w:type="spellStart"/>
      <w:r w:rsidRPr="0073404A">
        <w:rPr>
          <w:rFonts w:ascii="Arial" w:hAnsi="Arial" w:cs="Arial"/>
        </w:rPr>
        <w:t>texto</w:t>
      </w:r>
      <w:proofErr w:type="spellEnd"/>
      <w:r w:rsidRPr="0073404A">
        <w:rPr>
          <w:rFonts w:ascii="Arial" w:hAnsi="Arial" w:cs="Arial"/>
        </w:rPr>
        <w:t>.</w:t>
      </w:r>
    </w:p>
    <w:p w14:paraId="72E2FD52" w14:textId="659FDA30" w:rsidR="00246EAD" w:rsidRPr="0073404A" w:rsidRDefault="00000000">
      <w:pPr>
        <w:pStyle w:val="Commarcadores"/>
        <w:spacing w:after="80"/>
        <w:rPr>
          <w:rFonts w:ascii="Arial" w:hAnsi="Arial" w:cs="Arial"/>
        </w:rPr>
      </w:pPr>
      <w:proofErr w:type="spellStart"/>
      <w:r w:rsidRPr="0073404A">
        <w:rPr>
          <w:rFonts w:ascii="Arial" w:hAnsi="Arial" w:cs="Arial"/>
          <w:b/>
        </w:rPr>
        <w:t>Extensão</w:t>
      </w:r>
      <w:proofErr w:type="spellEnd"/>
      <w:r w:rsidRPr="0073404A">
        <w:rPr>
          <w:rFonts w:ascii="Arial" w:hAnsi="Arial" w:cs="Arial"/>
          <w:b/>
        </w:rPr>
        <w:t xml:space="preserve"> do </w:t>
      </w:r>
      <w:proofErr w:type="spellStart"/>
      <w:r w:rsidRPr="0073404A">
        <w:rPr>
          <w:rFonts w:ascii="Arial" w:hAnsi="Arial" w:cs="Arial"/>
          <w:b/>
        </w:rPr>
        <w:t>documento</w:t>
      </w:r>
      <w:proofErr w:type="spellEnd"/>
      <w:r w:rsidRPr="0073404A">
        <w:rPr>
          <w:rFonts w:ascii="Arial" w:hAnsi="Arial" w:cs="Arial"/>
          <w:b/>
        </w:rPr>
        <w:t>:</w:t>
      </w:r>
      <w:r w:rsidRPr="0073404A">
        <w:rPr>
          <w:rFonts w:ascii="Arial" w:hAnsi="Arial" w:cs="Arial"/>
        </w:rPr>
        <w:t xml:space="preserve"> </w:t>
      </w:r>
      <w:proofErr w:type="spellStart"/>
      <w:r w:rsidRPr="0073404A">
        <w:rPr>
          <w:rFonts w:ascii="Arial" w:hAnsi="Arial" w:cs="Arial"/>
        </w:rPr>
        <w:t>Mínimo</w:t>
      </w:r>
      <w:proofErr w:type="spellEnd"/>
      <w:r w:rsidRPr="0073404A">
        <w:rPr>
          <w:rFonts w:ascii="Arial" w:hAnsi="Arial" w:cs="Arial"/>
        </w:rPr>
        <w:t xml:space="preserve"> de 3 e </w:t>
      </w:r>
      <w:proofErr w:type="spellStart"/>
      <w:r w:rsidRPr="0073404A">
        <w:rPr>
          <w:rFonts w:ascii="Arial" w:hAnsi="Arial" w:cs="Arial"/>
        </w:rPr>
        <w:t>máximo</w:t>
      </w:r>
      <w:proofErr w:type="spellEnd"/>
      <w:r w:rsidRPr="0073404A">
        <w:rPr>
          <w:rFonts w:ascii="Arial" w:hAnsi="Arial" w:cs="Arial"/>
        </w:rPr>
        <w:t xml:space="preserve"> de 4 (</w:t>
      </w:r>
      <w:proofErr w:type="spellStart"/>
      <w:r w:rsidRPr="0073404A">
        <w:rPr>
          <w:rFonts w:ascii="Arial" w:hAnsi="Arial" w:cs="Arial"/>
        </w:rPr>
        <w:t>quatro</w:t>
      </w:r>
      <w:proofErr w:type="spellEnd"/>
      <w:r w:rsidRPr="0073404A">
        <w:rPr>
          <w:rFonts w:ascii="Arial" w:hAnsi="Arial" w:cs="Arial"/>
        </w:rPr>
        <w:t xml:space="preserve">) </w:t>
      </w:r>
      <w:proofErr w:type="spellStart"/>
      <w:r w:rsidRPr="0073404A">
        <w:rPr>
          <w:rFonts w:ascii="Arial" w:hAnsi="Arial" w:cs="Arial"/>
        </w:rPr>
        <w:t>páginas</w:t>
      </w:r>
      <w:proofErr w:type="spellEnd"/>
      <w:r w:rsidRPr="0073404A">
        <w:rPr>
          <w:rFonts w:ascii="Arial" w:hAnsi="Arial" w:cs="Arial"/>
        </w:rPr>
        <w:t xml:space="preserve">, </w:t>
      </w:r>
      <w:proofErr w:type="spellStart"/>
      <w:r w:rsidRPr="0073404A">
        <w:rPr>
          <w:rFonts w:ascii="Arial" w:hAnsi="Arial" w:cs="Arial"/>
        </w:rPr>
        <w:t>incluindo</w:t>
      </w:r>
      <w:proofErr w:type="spellEnd"/>
      <w:r w:rsidRPr="0073404A">
        <w:rPr>
          <w:rFonts w:ascii="Arial" w:hAnsi="Arial" w:cs="Arial"/>
        </w:rPr>
        <w:t xml:space="preserve"> </w:t>
      </w:r>
      <w:proofErr w:type="spellStart"/>
      <w:r w:rsidRPr="0073404A">
        <w:rPr>
          <w:rFonts w:ascii="Arial" w:hAnsi="Arial" w:cs="Arial"/>
        </w:rPr>
        <w:t>tabelas</w:t>
      </w:r>
      <w:proofErr w:type="spellEnd"/>
      <w:r w:rsidRPr="0073404A">
        <w:rPr>
          <w:rFonts w:ascii="Arial" w:hAnsi="Arial" w:cs="Arial"/>
        </w:rPr>
        <w:t xml:space="preserve">, </w:t>
      </w:r>
      <w:proofErr w:type="spellStart"/>
      <w:r w:rsidRPr="0073404A">
        <w:rPr>
          <w:rFonts w:ascii="Arial" w:hAnsi="Arial" w:cs="Arial"/>
        </w:rPr>
        <w:t>figuras</w:t>
      </w:r>
      <w:proofErr w:type="spellEnd"/>
      <w:r w:rsidRPr="0073404A">
        <w:rPr>
          <w:rFonts w:ascii="Arial" w:hAnsi="Arial" w:cs="Arial"/>
        </w:rPr>
        <w:t xml:space="preserve"> e </w:t>
      </w:r>
      <w:proofErr w:type="spellStart"/>
      <w:r w:rsidRPr="0073404A">
        <w:rPr>
          <w:rFonts w:ascii="Arial" w:hAnsi="Arial" w:cs="Arial"/>
        </w:rPr>
        <w:t>referências</w:t>
      </w:r>
      <w:proofErr w:type="spellEnd"/>
      <w:r w:rsidRPr="0073404A">
        <w:rPr>
          <w:rFonts w:ascii="Arial" w:hAnsi="Arial" w:cs="Arial"/>
        </w:rPr>
        <w:t xml:space="preserve"> </w:t>
      </w:r>
      <w:proofErr w:type="spellStart"/>
      <w:r w:rsidRPr="0073404A">
        <w:rPr>
          <w:rFonts w:ascii="Arial" w:hAnsi="Arial" w:cs="Arial"/>
        </w:rPr>
        <w:t>bibliográficas</w:t>
      </w:r>
      <w:proofErr w:type="spellEnd"/>
      <w:r w:rsidRPr="0073404A">
        <w:rPr>
          <w:rFonts w:ascii="Arial" w:hAnsi="Arial" w:cs="Arial"/>
        </w:rPr>
        <w:t>.</w:t>
      </w:r>
    </w:p>
    <w:p w14:paraId="091D1C24" w14:textId="4C30EB0C" w:rsidR="00246EAD" w:rsidRPr="0073404A" w:rsidRDefault="00000000">
      <w:pPr>
        <w:spacing w:before="240"/>
        <w:rPr>
          <w:rFonts w:ascii="Arial" w:hAnsi="Arial" w:cs="Arial"/>
        </w:rPr>
      </w:pPr>
      <w:r w:rsidRPr="0073404A">
        <w:rPr>
          <w:rFonts w:ascii="Arial" w:hAnsi="Arial" w:cs="Arial"/>
          <w:b/>
        </w:rPr>
        <w:t>2. ESTRUTURA DO DOCUMENTO E ELEMENTOS VISUAIS</w:t>
      </w:r>
    </w:p>
    <w:p w14:paraId="3CCD538A" w14:textId="5CBAE422" w:rsidR="00246EAD" w:rsidRPr="0073404A" w:rsidRDefault="00000000">
      <w:pPr>
        <w:pStyle w:val="Commarcadores"/>
        <w:spacing w:after="80"/>
        <w:rPr>
          <w:rFonts w:ascii="Arial" w:hAnsi="Arial" w:cs="Arial"/>
        </w:rPr>
      </w:pPr>
      <w:proofErr w:type="spellStart"/>
      <w:r w:rsidRPr="0073404A">
        <w:rPr>
          <w:rFonts w:ascii="Arial" w:hAnsi="Arial" w:cs="Arial"/>
          <w:b/>
        </w:rPr>
        <w:t>Título</w:t>
      </w:r>
      <w:proofErr w:type="spellEnd"/>
      <w:r w:rsidRPr="0073404A">
        <w:rPr>
          <w:rFonts w:ascii="Arial" w:hAnsi="Arial" w:cs="Arial"/>
          <w:b/>
        </w:rPr>
        <w:t xml:space="preserve"> do </w:t>
      </w:r>
      <w:proofErr w:type="spellStart"/>
      <w:r w:rsidRPr="0073404A">
        <w:rPr>
          <w:rFonts w:ascii="Arial" w:hAnsi="Arial" w:cs="Arial"/>
          <w:b/>
        </w:rPr>
        <w:t>Trabalho</w:t>
      </w:r>
      <w:proofErr w:type="spellEnd"/>
      <w:r w:rsidRPr="0073404A">
        <w:rPr>
          <w:rFonts w:ascii="Arial" w:hAnsi="Arial" w:cs="Arial"/>
          <w:b/>
        </w:rPr>
        <w:t>:</w:t>
      </w:r>
      <w:r w:rsidRPr="0073404A">
        <w:rPr>
          <w:rFonts w:ascii="Arial" w:hAnsi="Arial" w:cs="Arial"/>
        </w:rPr>
        <w:t xml:space="preserve"> </w:t>
      </w:r>
      <w:proofErr w:type="spellStart"/>
      <w:r w:rsidRPr="0073404A">
        <w:rPr>
          <w:rFonts w:ascii="Arial" w:hAnsi="Arial" w:cs="Arial"/>
        </w:rPr>
        <w:t>Centralizado</w:t>
      </w:r>
      <w:proofErr w:type="spellEnd"/>
      <w:r w:rsidRPr="0073404A">
        <w:rPr>
          <w:rFonts w:ascii="Arial" w:hAnsi="Arial" w:cs="Arial"/>
        </w:rPr>
        <w:t xml:space="preserve">, </w:t>
      </w:r>
      <w:proofErr w:type="spellStart"/>
      <w:r w:rsidRPr="0073404A">
        <w:rPr>
          <w:rFonts w:ascii="Arial" w:hAnsi="Arial" w:cs="Arial"/>
        </w:rPr>
        <w:t>em</w:t>
      </w:r>
      <w:proofErr w:type="spellEnd"/>
      <w:r w:rsidRPr="0073404A">
        <w:rPr>
          <w:rFonts w:ascii="Arial" w:hAnsi="Arial" w:cs="Arial"/>
        </w:rPr>
        <w:t xml:space="preserve"> </w:t>
      </w:r>
      <w:proofErr w:type="spellStart"/>
      <w:r w:rsidRPr="0073404A">
        <w:rPr>
          <w:rFonts w:ascii="Arial" w:hAnsi="Arial" w:cs="Arial"/>
        </w:rPr>
        <w:t>negrito</w:t>
      </w:r>
      <w:proofErr w:type="spellEnd"/>
      <w:r w:rsidRPr="0073404A">
        <w:rPr>
          <w:rFonts w:ascii="Arial" w:hAnsi="Arial" w:cs="Arial"/>
        </w:rPr>
        <w:t xml:space="preserve">, </w:t>
      </w:r>
      <w:proofErr w:type="spellStart"/>
      <w:r w:rsidRPr="0073404A">
        <w:rPr>
          <w:rFonts w:ascii="Arial" w:hAnsi="Arial" w:cs="Arial"/>
        </w:rPr>
        <w:t>caixa</w:t>
      </w:r>
      <w:proofErr w:type="spellEnd"/>
      <w:r w:rsidRPr="0073404A">
        <w:rPr>
          <w:rFonts w:ascii="Arial" w:hAnsi="Arial" w:cs="Arial"/>
        </w:rPr>
        <w:t xml:space="preserve"> </w:t>
      </w:r>
      <w:proofErr w:type="spellStart"/>
      <w:r w:rsidRPr="0073404A">
        <w:rPr>
          <w:rFonts w:ascii="Arial" w:hAnsi="Arial" w:cs="Arial"/>
        </w:rPr>
        <w:t>alta</w:t>
      </w:r>
      <w:proofErr w:type="spellEnd"/>
      <w:r w:rsidRPr="0073404A">
        <w:rPr>
          <w:rFonts w:ascii="Arial" w:hAnsi="Arial" w:cs="Arial"/>
        </w:rPr>
        <w:t xml:space="preserve">, </w:t>
      </w:r>
      <w:proofErr w:type="spellStart"/>
      <w:r w:rsidRPr="0073404A">
        <w:rPr>
          <w:rFonts w:ascii="Arial" w:hAnsi="Arial" w:cs="Arial"/>
        </w:rPr>
        <w:t>fonte</w:t>
      </w:r>
      <w:proofErr w:type="spellEnd"/>
      <w:r w:rsidR="00FB3EED" w:rsidRPr="0073404A">
        <w:rPr>
          <w:rFonts w:ascii="Arial" w:hAnsi="Arial" w:cs="Arial"/>
        </w:rPr>
        <w:t xml:space="preserve"> Arial </w:t>
      </w:r>
      <w:proofErr w:type="spellStart"/>
      <w:r w:rsidR="00FB3EED" w:rsidRPr="0073404A">
        <w:rPr>
          <w:rFonts w:ascii="Arial" w:hAnsi="Arial" w:cs="Arial"/>
        </w:rPr>
        <w:t>ou</w:t>
      </w:r>
      <w:proofErr w:type="spellEnd"/>
      <w:r w:rsidR="00FB3EED" w:rsidRPr="0073404A">
        <w:rPr>
          <w:rFonts w:ascii="Arial" w:hAnsi="Arial" w:cs="Arial"/>
        </w:rPr>
        <w:t xml:space="preserve"> Times New Roman,</w:t>
      </w:r>
      <w:r w:rsidRPr="0073404A">
        <w:rPr>
          <w:rFonts w:ascii="Arial" w:hAnsi="Arial" w:cs="Arial"/>
        </w:rPr>
        <w:t xml:space="preserve"> </w:t>
      </w:r>
      <w:proofErr w:type="spellStart"/>
      <w:r w:rsidRPr="0073404A">
        <w:rPr>
          <w:rFonts w:ascii="Arial" w:hAnsi="Arial" w:cs="Arial"/>
        </w:rPr>
        <w:t>tamanho</w:t>
      </w:r>
      <w:proofErr w:type="spellEnd"/>
      <w:r w:rsidRPr="0073404A">
        <w:rPr>
          <w:rFonts w:ascii="Arial" w:hAnsi="Arial" w:cs="Arial"/>
        </w:rPr>
        <w:t xml:space="preserve"> 14.</w:t>
      </w:r>
    </w:p>
    <w:p w14:paraId="2C0AB365" w14:textId="77777777" w:rsidR="00246EAD" w:rsidRPr="0073404A" w:rsidRDefault="00000000">
      <w:pPr>
        <w:pStyle w:val="Commarcadores"/>
        <w:spacing w:after="80"/>
        <w:rPr>
          <w:rFonts w:ascii="Arial" w:hAnsi="Arial" w:cs="Arial"/>
        </w:rPr>
      </w:pPr>
      <w:proofErr w:type="spellStart"/>
      <w:r w:rsidRPr="0073404A">
        <w:rPr>
          <w:rFonts w:ascii="Arial" w:hAnsi="Arial" w:cs="Arial"/>
          <w:b/>
        </w:rPr>
        <w:t>Identificação</w:t>
      </w:r>
      <w:proofErr w:type="spellEnd"/>
      <w:r w:rsidRPr="0073404A">
        <w:rPr>
          <w:rFonts w:ascii="Arial" w:hAnsi="Arial" w:cs="Arial"/>
          <w:b/>
        </w:rPr>
        <w:t xml:space="preserve"> e </w:t>
      </w:r>
      <w:proofErr w:type="spellStart"/>
      <w:r w:rsidRPr="0073404A">
        <w:rPr>
          <w:rFonts w:ascii="Arial" w:hAnsi="Arial" w:cs="Arial"/>
          <w:b/>
        </w:rPr>
        <w:t>Autoria</w:t>
      </w:r>
      <w:proofErr w:type="spellEnd"/>
      <w:r w:rsidRPr="0073404A">
        <w:rPr>
          <w:rFonts w:ascii="Arial" w:hAnsi="Arial" w:cs="Arial"/>
          <w:b/>
        </w:rPr>
        <w:t>:</w:t>
      </w:r>
      <w:r w:rsidRPr="0073404A">
        <w:rPr>
          <w:rFonts w:ascii="Arial" w:hAnsi="Arial" w:cs="Arial"/>
        </w:rPr>
        <w:t xml:space="preserve"> </w:t>
      </w:r>
      <w:proofErr w:type="spellStart"/>
      <w:r w:rsidRPr="0073404A">
        <w:rPr>
          <w:rFonts w:ascii="Arial" w:hAnsi="Arial" w:cs="Arial"/>
        </w:rPr>
        <w:t>Nomes</w:t>
      </w:r>
      <w:proofErr w:type="spellEnd"/>
      <w:r w:rsidRPr="0073404A">
        <w:rPr>
          <w:rFonts w:ascii="Arial" w:hAnsi="Arial" w:cs="Arial"/>
        </w:rPr>
        <w:t xml:space="preserve"> do </w:t>
      </w:r>
      <w:proofErr w:type="spellStart"/>
      <w:r w:rsidRPr="0073404A">
        <w:rPr>
          <w:rFonts w:ascii="Arial" w:hAnsi="Arial" w:cs="Arial"/>
        </w:rPr>
        <w:t>pesquisador</w:t>
      </w:r>
      <w:proofErr w:type="spellEnd"/>
      <w:r w:rsidRPr="0073404A">
        <w:rPr>
          <w:rFonts w:ascii="Arial" w:hAnsi="Arial" w:cs="Arial"/>
        </w:rPr>
        <w:t>/</w:t>
      </w:r>
      <w:proofErr w:type="spellStart"/>
      <w:r w:rsidRPr="0073404A">
        <w:rPr>
          <w:rFonts w:ascii="Arial" w:hAnsi="Arial" w:cs="Arial"/>
        </w:rPr>
        <w:t>estudante</w:t>
      </w:r>
      <w:proofErr w:type="spellEnd"/>
      <w:r w:rsidRPr="0073404A">
        <w:rPr>
          <w:rFonts w:ascii="Arial" w:hAnsi="Arial" w:cs="Arial"/>
        </w:rPr>
        <w:t xml:space="preserve"> e </w:t>
      </w:r>
      <w:proofErr w:type="spellStart"/>
      <w:r w:rsidRPr="0073404A">
        <w:rPr>
          <w:rFonts w:ascii="Arial" w:hAnsi="Arial" w:cs="Arial"/>
        </w:rPr>
        <w:t>orientador</w:t>
      </w:r>
      <w:proofErr w:type="spellEnd"/>
      <w:r w:rsidRPr="0073404A">
        <w:rPr>
          <w:rFonts w:ascii="Arial" w:hAnsi="Arial" w:cs="Arial"/>
        </w:rPr>
        <w:t xml:space="preserve"> </w:t>
      </w:r>
      <w:proofErr w:type="spellStart"/>
      <w:r w:rsidRPr="0073404A">
        <w:rPr>
          <w:rFonts w:ascii="Arial" w:hAnsi="Arial" w:cs="Arial"/>
        </w:rPr>
        <w:t>acompanhados</w:t>
      </w:r>
      <w:proofErr w:type="spellEnd"/>
      <w:r w:rsidRPr="0073404A">
        <w:rPr>
          <w:rFonts w:ascii="Arial" w:hAnsi="Arial" w:cs="Arial"/>
        </w:rPr>
        <w:t xml:space="preserve"> da </w:t>
      </w:r>
      <w:proofErr w:type="spellStart"/>
      <w:r w:rsidRPr="0073404A">
        <w:rPr>
          <w:rFonts w:ascii="Arial" w:hAnsi="Arial" w:cs="Arial"/>
        </w:rPr>
        <w:t>instituição</w:t>
      </w:r>
      <w:proofErr w:type="spellEnd"/>
      <w:r w:rsidRPr="0073404A">
        <w:rPr>
          <w:rFonts w:ascii="Arial" w:hAnsi="Arial" w:cs="Arial"/>
        </w:rPr>
        <w:t>.</w:t>
      </w:r>
    </w:p>
    <w:p w14:paraId="30E6AA6E" w14:textId="3E4FA17B" w:rsidR="00246EAD" w:rsidRDefault="00000000">
      <w:pPr>
        <w:spacing w:before="240"/>
        <w:rPr>
          <w:rFonts w:ascii="Arial" w:hAnsi="Arial" w:cs="Arial"/>
          <w:b/>
        </w:rPr>
      </w:pPr>
      <w:r w:rsidRPr="0073404A">
        <w:rPr>
          <w:rFonts w:ascii="Arial" w:hAnsi="Arial" w:cs="Arial"/>
          <w:b/>
        </w:rPr>
        <w:t>3. DIRETRIZES PARA ESCRITA DAS SEÇÕES OBRIGATÓRIAS</w:t>
      </w:r>
    </w:p>
    <w:p w14:paraId="1357DC36" w14:textId="4ECB9E32" w:rsidR="00F07466" w:rsidRPr="009A5D4B" w:rsidRDefault="005F47F6" w:rsidP="005F47F6">
      <w:pPr>
        <w:pStyle w:val="PargrafodaLista"/>
        <w:numPr>
          <w:ilvl w:val="0"/>
          <w:numId w:val="18"/>
        </w:numPr>
        <w:spacing w:before="240"/>
        <w:jc w:val="both"/>
        <w:rPr>
          <w:rFonts w:ascii="Arial" w:hAnsi="Arial" w:cs="Arial"/>
        </w:rPr>
      </w:pPr>
      <w:proofErr w:type="spellStart"/>
      <w:r w:rsidRPr="005F47F6">
        <w:rPr>
          <w:rFonts w:ascii="Arial" w:hAnsi="Arial" w:cs="Arial"/>
          <w:b/>
          <w:bCs/>
        </w:rPr>
        <w:t>Resumo</w:t>
      </w:r>
      <w:proofErr w:type="spellEnd"/>
      <w:r w:rsidRPr="005F47F6">
        <w:rPr>
          <w:rFonts w:ascii="Arial" w:hAnsi="Arial" w:cs="Arial"/>
          <w:b/>
          <w:bCs/>
        </w:rPr>
        <w:t>:</w:t>
      </w:r>
      <w:r w:rsidR="00932794" w:rsidRPr="00932794">
        <w:t xml:space="preserve"> </w:t>
      </w:r>
      <w:r w:rsidR="00932794" w:rsidRPr="009A5D4B">
        <w:rPr>
          <w:rFonts w:ascii="Arial" w:hAnsi="Arial" w:cs="Arial"/>
        </w:rPr>
        <w:t xml:space="preserve">Deve </w:t>
      </w:r>
      <w:proofErr w:type="spellStart"/>
      <w:r w:rsidR="00932794" w:rsidRPr="009A5D4B">
        <w:rPr>
          <w:rFonts w:ascii="Arial" w:hAnsi="Arial" w:cs="Arial"/>
        </w:rPr>
        <w:t>apresentar</w:t>
      </w:r>
      <w:proofErr w:type="spellEnd"/>
      <w:r w:rsidR="00932794" w:rsidRPr="009A5D4B">
        <w:rPr>
          <w:rFonts w:ascii="Arial" w:hAnsi="Arial" w:cs="Arial"/>
        </w:rPr>
        <w:t xml:space="preserve">, </w:t>
      </w:r>
      <w:proofErr w:type="spellStart"/>
      <w:r w:rsidR="00932794" w:rsidRPr="009A5D4B">
        <w:rPr>
          <w:rFonts w:ascii="Arial" w:hAnsi="Arial" w:cs="Arial"/>
        </w:rPr>
        <w:t>em</w:t>
      </w:r>
      <w:proofErr w:type="spellEnd"/>
      <w:r w:rsidR="00932794" w:rsidRPr="009A5D4B">
        <w:rPr>
          <w:rFonts w:ascii="Arial" w:hAnsi="Arial" w:cs="Arial"/>
        </w:rPr>
        <w:t xml:space="preserve"> </w:t>
      </w:r>
      <w:proofErr w:type="spellStart"/>
      <w:r w:rsidR="00932794" w:rsidRPr="009A5D4B">
        <w:rPr>
          <w:rFonts w:ascii="Arial" w:hAnsi="Arial" w:cs="Arial"/>
        </w:rPr>
        <w:t>parágrafo</w:t>
      </w:r>
      <w:proofErr w:type="spellEnd"/>
      <w:r w:rsidR="00932794" w:rsidRPr="009A5D4B">
        <w:rPr>
          <w:rFonts w:ascii="Arial" w:hAnsi="Arial" w:cs="Arial"/>
        </w:rPr>
        <w:t xml:space="preserve"> </w:t>
      </w:r>
      <w:proofErr w:type="spellStart"/>
      <w:r w:rsidR="00932794" w:rsidRPr="009A5D4B">
        <w:rPr>
          <w:rFonts w:ascii="Arial" w:hAnsi="Arial" w:cs="Arial"/>
        </w:rPr>
        <w:t>único</w:t>
      </w:r>
      <w:proofErr w:type="spellEnd"/>
      <w:r w:rsidR="00932794" w:rsidRPr="009A5D4B">
        <w:rPr>
          <w:rFonts w:ascii="Arial" w:hAnsi="Arial" w:cs="Arial"/>
        </w:rPr>
        <w:t xml:space="preserve"> e de forma </w:t>
      </w:r>
      <w:proofErr w:type="spellStart"/>
      <w:r w:rsidR="00932794" w:rsidRPr="009A5D4B">
        <w:rPr>
          <w:rFonts w:ascii="Arial" w:hAnsi="Arial" w:cs="Arial"/>
        </w:rPr>
        <w:t>contínua</w:t>
      </w:r>
      <w:proofErr w:type="spellEnd"/>
      <w:r w:rsidR="00932794" w:rsidRPr="009A5D4B">
        <w:rPr>
          <w:rFonts w:ascii="Arial" w:hAnsi="Arial" w:cs="Arial"/>
        </w:rPr>
        <w:t xml:space="preserve">, </w:t>
      </w:r>
      <w:proofErr w:type="spellStart"/>
      <w:r w:rsidR="00932794" w:rsidRPr="009A5D4B">
        <w:rPr>
          <w:rFonts w:ascii="Arial" w:hAnsi="Arial" w:cs="Arial"/>
        </w:rPr>
        <w:t>informações</w:t>
      </w:r>
      <w:proofErr w:type="spellEnd"/>
      <w:r w:rsidR="00932794" w:rsidRPr="009A5D4B">
        <w:rPr>
          <w:rFonts w:ascii="Arial" w:hAnsi="Arial" w:cs="Arial"/>
        </w:rPr>
        <w:t xml:space="preserve"> breves e </w:t>
      </w:r>
      <w:proofErr w:type="spellStart"/>
      <w:r w:rsidR="00932794" w:rsidRPr="009A5D4B">
        <w:rPr>
          <w:rFonts w:ascii="Arial" w:hAnsi="Arial" w:cs="Arial"/>
        </w:rPr>
        <w:t>concretas</w:t>
      </w:r>
      <w:proofErr w:type="spellEnd"/>
      <w:r w:rsidR="00932794" w:rsidRPr="009A5D4B">
        <w:rPr>
          <w:rFonts w:ascii="Arial" w:hAnsi="Arial" w:cs="Arial"/>
        </w:rPr>
        <w:t xml:space="preserve"> </w:t>
      </w:r>
      <w:proofErr w:type="spellStart"/>
      <w:r w:rsidR="00932794" w:rsidRPr="009A5D4B">
        <w:rPr>
          <w:rFonts w:ascii="Arial" w:hAnsi="Arial" w:cs="Arial"/>
        </w:rPr>
        <w:t>sobre</w:t>
      </w:r>
      <w:proofErr w:type="spellEnd"/>
      <w:r w:rsidR="00932794" w:rsidRPr="009A5D4B">
        <w:rPr>
          <w:rFonts w:ascii="Arial" w:hAnsi="Arial" w:cs="Arial"/>
        </w:rPr>
        <w:t xml:space="preserve"> a </w:t>
      </w:r>
      <w:proofErr w:type="spellStart"/>
      <w:r w:rsidR="00932794" w:rsidRPr="009A5D4B">
        <w:rPr>
          <w:rFonts w:ascii="Arial" w:hAnsi="Arial" w:cs="Arial"/>
        </w:rPr>
        <w:t>justificativa</w:t>
      </w:r>
      <w:proofErr w:type="spellEnd"/>
      <w:r w:rsidR="00932794" w:rsidRPr="009A5D4B">
        <w:rPr>
          <w:rFonts w:ascii="Arial" w:hAnsi="Arial" w:cs="Arial"/>
        </w:rPr>
        <w:t xml:space="preserve">, </w:t>
      </w:r>
      <w:proofErr w:type="spellStart"/>
      <w:r w:rsidR="00932794" w:rsidRPr="009A5D4B">
        <w:rPr>
          <w:rFonts w:ascii="Arial" w:hAnsi="Arial" w:cs="Arial"/>
        </w:rPr>
        <w:t>os</w:t>
      </w:r>
      <w:proofErr w:type="spellEnd"/>
      <w:r w:rsidR="00932794" w:rsidRPr="009A5D4B">
        <w:rPr>
          <w:rFonts w:ascii="Arial" w:hAnsi="Arial" w:cs="Arial"/>
        </w:rPr>
        <w:t xml:space="preserve"> </w:t>
      </w:r>
      <w:proofErr w:type="spellStart"/>
      <w:r w:rsidR="00932794" w:rsidRPr="009A5D4B">
        <w:rPr>
          <w:rFonts w:ascii="Arial" w:hAnsi="Arial" w:cs="Arial"/>
        </w:rPr>
        <w:t>objetivos</w:t>
      </w:r>
      <w:proofErr w:type="spellEnd"/>
      <w:r w:rsidR="00932794" w:rsidRPr="009A5D4B">
        <w:rPr>
          <w:rFonts w:ascii="Arial" w:hAnsi="Arial" w:cs="Arial"/>
        </w:rPr>
        <w:t xml:space="preserve">, a </w:t>
      </w:r>
      <w:proofErr w:type="spellStart"/>
      <w:r w:rsidR="00932794" w:rsidRPr="009A5D4B">
        <w:rPr>
          <w:rFonts w:ascii="Arial" w:hAnsi="Arial" w:cs="Arial"/>
        </w:rPr>
        <w:t>metodologia</w:t>
      </w:r>
      <w:proofErr w:type="spellEnd"/>
      <w:r w:rsidR="00932794" w:rsidRPr="009A5D4B">
        <w:rPr>
          <w:rFonts w:ascii="Arial" w:hAnsi="Arial" w:cs="Arial"/>
        </w:rPr>
        <w:t xml:space="preserve">, </w:t>
      </w:r>
      <w:proofErr w:type="spellStart"/>
      <w:r w:rsidR="00932794" w:rsidRPr="009A5D4B">
        <w:rPr>
          <w:rFonts w:ascii="Arial" w:hAnsi="Arial" w:cs="Arial"/>
        </w:rPr>
        <w:t>os</w:t>
      </w:r>
      <w:proofErr w:type="spellEnd"/>
      <w:r w:rsidR="00932794" w:rsidRPr="009A5D4B">
        <w:rPr>
          <w:rFonts w:ascii="Arial" w:hAnsi="Arial" w:cs="Arial"/>
        </w:rPr>
        <w:t xml:space="preserve"> </w:t>
      </w:r>
      <w:proofErr w:type="spellStart"/>
      <w:r w:rsidR="00932794" w:rsidRPr="009A5D4B">
        <w:rPr>
          <w:rFonts w:ascii="Arial" w:hAnsi="Arial" w:cs="Arial"/>
        </w:rPr>
        <w:t>resultados</w:t>
      </w:r>
      <w:proofErr w:type="spellEnd"/>
      <w:r w:rsidR="00932794" w:rsidRPr="009A5D4B">
        <w:rPr>
          <w:rFonts w:ascii="Arial" w:hAnsi="Arial" w:cs="Arial"/>
        </w:rPr>
        <w:t xml:space="preserve"> e as </w:t>
      </w:r>
      <w:proofErr w:type="spellStart"/>
      <w:r w:rsidR="00932794" w:rsidRPr="009A5D4B">
        <w:rPr>
          <w:rFonts w:ascii="Arial" w:hAnsi="Arial" w:cs="Arial"/>
        </w:rPr>
        <w:t>conclusões</w:t>
      </w:r>
      <w:proofErr w:type="spellEnd"/>
      <w:r w:rsidR="00932794" w:rsidRPr="009A5D4B">
        <w:rPr>
          <w:rFonts w:ascii="Arial" w:hAnsi="Arial" w:cs="Arial"/>
        </w:rPr>
        <w:t xml:space="preserve"> do </w:t>
      </w:r>
      <w:proofErr w:type="spellStart"/>
      <w:r w:rsidR="00932794" w:rsidRPr="009A5D4B">
        <w:rPr>
          <w:rFonts w:ascii="Arial" w:hAnsi="Arial" w:cs="Arial"/>
        </w:rPr>
        <w:t>trabalho</w:t>
      </w:r>
      <w:proofErr w:type="spellEnd"/>
      <w:r w:rsidR="00932794" w:rsidRPr="009A5D4B">
        <w:rPr>
          <w:rFonts w:ascii="Arial" w:hAnsi="Arial" w:cs="Arial"/>
        </w:rPr>
        <w:t xml:space="preserve">. </w:t>
      </w:r>
      <w:proofErr w:type="spellStart"/>
      <w:r w:rsidR="00932794" w:rsidRPr="009A5D4B">
        <w:rPr>
          <w:rFonts w:ascii="Arial" w:hAnsi="Arial" w:cs="Arial"/>
        </w:rPr>
        <w:t>Não</w:t>
      </w:r>
      <w:proofErr w:type="spellEnd"/>
      <w:r w:rsidR="00932794" w:rsidRPr="009A5D4B">
        <w:rPr>
          <w:rFonts w:ascii="Arial" w:hAnsi="Arial" w:cs="Arial"/>
        </w:rPr>
        <w:t xml:space="preserve"> </w:t>
      </w:r>
      <w:proofErr w:type="spellStart"/>
      <w:r w:rsidR="00932794" w:rsidRPr="009A5D4B">
        <w:rPr>
          <w:rFonts w:ascii="Arial" w:hAnsi="Arial" w:cs="Arial"/>
        </w:rPr>
        <w:t>deve</w:t>
      </w:r>
      <w:proofErr w:type="spellEnd"/>
      <w:r w:rsidR="00932794" w:rsidRPr="009A5D4B">
        <w:rPr>
          <w:rFonts w:ascii="Arial" w:hAnsi="Arial" w:cs="Arial"/>
        </w:rPr>
        <w:t xml:space="preserve"> </w:t>
      </w:r>
      <w:proofErr w:type="spellStart"/>
      <w:r w:rsidR="00932794" w:rsidRPr="009A5D4B">
        <w:rPr>
          <w:rFonts w:ascii="Arial" w:hAnsi="Arial" w:cs="Arial"/>
        </w:rPr>
        <w:t>conter</w:t>
      </w:r>
      <w:proofErr w:type="spellEnd"/>
      <w:r w:rsidR="00932794" w:rsidRPr="009A5D4B">
        <w:rPr>
          <w:rFonts w:ascii="Arial" w:hAnsi="Arial" w:cs="Arial"/>
        </w:rPr>
        <w:t xml:space="preserve"> </w:t>
      </w:r>
      <w:proofErr w:type="spellStart"/>
      <w:r w:rsidR="00932794" w:rsidRPr="009A5D4B">
        <w:rPr>
          <w:rFonts w:ascii="Arial" w:hAnsi="Arial" w:cs="Arial"/>
        </w:rPr>
        <w:t>citações</w:t>
      </w:r>
      <w:proofErr w:type="spellEnd"/>
      <w:r w:rsidR="00932794" w:rsidRPr="009A5D4B">
        <w:rPr>
          <w:rFonts w:ascii="Arial" w:hAnsi="Arial" w:cs="Arial"/>
        </w:rPr>
        <w:t xml:space="preserve"> </w:t>
      </w:r>
      <w:proofErr w:type="spellStart"/>
      <w:r w:rsidR="00932794" w:rsidRPr="009A5D4B">
        <w:rPr>
          <w:rFonts w:ascii="Arial" w:hAnsi="Arial" w:cs="Arial"/>
        </w:rPr>
        <w:t>bibliográficas</w:t>
      </w:r>
      <w:proofErr w:type="spellEnd"/>
      <w:r w:rsidR="00932794" w:rsidRPr="009A5D4B">
        <w:rPr>
          <w:rFonts w:ascii="Arial" w:hAnsi="Arial" w:cs="Arial"/>
        </w:rPr>
        <w:t xml:space="preserve">, </w:t>
      </w:r>
      <w:proofErr w:type="spellStart"/>
      <w:r w:rsidR="00932794" w:rsidRPr="009A5D4B">
        <w:rPr>
          <w:rFonts w:ascii="Arial" w:hAnsi="Arial" w:cs="Arial"/>
        </w:rPr>
        <w:t>tabelas</w:t>
      </w:r>
      <w:proofErr w:type="spellEnd"/>
      <w:r w:rsidR="00932794" w:rsidRPr="009A5D4B">
        <w:rPr>
          <w:rFonts w:ascii="Arial" w:hAnsi="Arial" w:cs="Arial"/>
        </w:rPr>
        <w:t xml:space="preserve">, </w:t>
      </w:r>
      <w:proofErr w:type="spellStart"/>
      <w:r w:rsidR="00932794" w:rsidRPr="009A5D4B">
        <w:rPr>
          <w:rFonts w:ascii="Arial" w:hAnsi="Arial" w:cs="Arial"/>
        </w:rPr>
        <w:t>equações</w:t>
      </w:r>
      <w:proofErr w:type="spellEnd"/>
      <w:r w:rsidR="00932794" w:rsidRPr="009A5D4B">
        <w:rPr>
          <w:rFonts w:ascii="Arial" w:hAnsi="Arial" w:cs="Arial"/>
        </w:rPr>
        <w:t xml:space="preserve"> </w:t>
      </w:r>
      <w:proofErr w:type="spellStart"/>
      <w:r w:rsidR="00932794" w:rsidRPr="009A5D4B">
        <w:rPr>
          <w:rFonts w:ascii="Arial" w:hAnsi="Arial" w:cs="Arial"/>
        </w:rPr>
        <w:t>ou</w:t>
      </w:r>
      <w:proofErr w:type="spellEnd"/>
      <w:r w:rsidR="00932794" w:rsidRPr="009A5D4B">
        <w:rPr>
          <w:rFonts w:ascii="Arial" w:hAnsi="Arial" w:cs="Arial"/>
        </w:rPr>
        <w:t xml:space="preserve"> </w:t>
      </w:r>
      <w:proofErr w:type="spellStart"/>
      <w:r w:rsidR="00932794" w:rsidRPr="009A5D4B">
        <w:rPr>
          <w:rFonts w:ascii="Arial" w:hAnsi="Arial" w:cs="Arial"/>
        </w:rPr>
        <w:t>figuras</w:t>
      </w:r>
      <w:proofErr w:type="spellEnd"/>
      <w:r w:rsidR="00932794" w:rsidRPr="009A5D4B">
        <w:rPr>
          <w:rFonts w:ascii="Arial" w:hAnsi="Arial" w:cs="Arial"/>
        </w:rPr>
        <w:t xml:space="preserve">, </w:t>
      </w:r>
      <w:proofErr w:type="spellStart"/>
      <w:r w:rsidR="00932794" w:rsidRPr="009A5D4B">
        <w:rPr>
          <w:rFonts w:ascii="Arial" w:hAnsi="Arial" w:cs="Arial"/>
        </w:rPr>
        <w:t>limitando</w:t>
      </w:r>
      <w:proofErr w:type="spellEnd"/>
      <w:r w:rsidR="00932794" w:rsidRPr="009A5D4B">
        <w:rPr>
          <w:rFonts w:ascii="Arial" w:hAnsi="Arial" w:cs="Arial"/>
        </w:rPr>
        <w:t xml:space="preserve">-se </w:t>
      </w:r>
      <w:proofErr w:type="spellStart"/>
      <w:r w:rsidR="00932794" w:rsidRPr="009A5D4B">
        <w:rPr>
          <w:rFonts w:ascii="Arial" w:hAnsi="Arial" w:cs="Arial"/>
        </w:rPr>
        <w:t>ao</w:t>
      </w:r>
      <w:proofErr w:type="spellEnd"/>
      <w:r w:rsidR="00932794" w:rsidRPr="009A5D4B">
        <w:rPr>
          <w:rFonts w:ascii="Arial" w:hAnsi="Arial" w:cs="Arial"/>
        </w:rPr>
        <w:t xml:space="preserve"> </w:t>
      </w:r>
      <w:proofErr w:type="spellStart"/>
      <w:r w:rsidR="00932794" w:rsidRPr="009A5D4B">
        <w:rPr>
          <w:rFonts w:ascii="Arial" w:hAnsi="Arial" w:cs="Arial"/>
        </w:rPr>
        <w:t>máximo</w:t>
      </w:r>
      <w:proofErr w:type="spellEnd"/>
      <w:r w:rsidR="00932794" w:rsidRPr="009A5D4B">
        <w:rPr>
          <w:rFonts w:ascii="Arial" w:hAnsi="Arial" w:cs="Arial"/>
        </w:rPr>
        <w:t xml:space="preserve"> de 2</w:t>
      </w:r>
      <w:r w:rsidR="0004389C" w:rsidRPr="009A5D4B">
        <w:rPr>
          <w:rFonts w:ascii="Arial" w:hAnsi="Arial" w:cs="Arial"/>
        </w:rPr>
        <w:t>0</w:t>
      </w:r>
      <w:r w:rsidR="00932794" w:rsidRPr="009A5D4B">
        <w:rPr>
          <w:rFonts w:ascii="Arial" w:hAnsi="Arial" w:cs="Arial"/>
        </w:rPr>
        <w:t xml:space="preserve">0 </w:t>
      </w:r>
      <w:proofErr w:type="spellStart"/>
      <w:r w:rsidR="00932794" w:rsidRPr="009A5D4B">
        <w:rPr>
          <w:rFonts w:ascii="Arial" w:hAnsi="Arial" w:cs="Arial"/>
        </w:rPr>
        <w:t>palavras</w:t>
      </w:r>
      <w:proofErr w:type="spellEnd"/>
      <w:r w:rsidR="00932794" w:rsidRPr="009A5D4B">
        <w:rPr>
          <w:rFonts w:ascii="Arial" w:hAnsi="Arial" w:cs="Arial"/>
        </w:rPr>
        <w:t xml:space="preserve">. Deve ser </w:t>
      </w:r>
      <w:proofErr w:type="spellStart"/>
      <w:r w:rsidR="00932794" w:rsidRPr="009A5D4B">
        <w:rPr>
          <w:rFonts w:ascii="Arial" w:hAnsi="Arial" w:cs="Arial"/>
        </w:rPr>
        <w:t>acompanhado</w:t>
      </w:r>
      <w:proofErr w:type="spellEnd"/>
      <w:r w:rsidR="00932794" w:rsidRPr="009A5D4B">
        <w:rPr>
          <w:rFonts w:ascii="Arial" w:hAnsi="Arial" w:cs="Arial"/>
        </w:rPr>
        <w:t xml:space="preserve"> de </w:t>
      </w:r>
      <w:proofErr w:type="spellStart"/>
      <w:r w:rsidR="00932794" w:rsidRPr="009A5D4B">
        <w:rPr>
          <w:rFonts w:ascii="Arial" w:hAnsi="Arial" w:cs="Arial"/>
        </w:rPr>
        <w:t>três</w:t>
      </w:r>
      <w:proofErr w:type="spellEnd"/>
      <w:r w:rsidR="00932794" w:rsidRPr="009A5D4B">
        <w:rPr>
          <w:rFonts w:ascii="Arial" w:hAnsi="Arial" w:cs="Arial"/>
        </w:rPr>
        <w:t xml:space="preserve"> a </w:t>
      </w:r>
      <w:proofErr w:type="spellStart"/>
      <w:r w:rsidR="00932794" w:rsidRPr="009A5D4B">
        <w:rPr>
          <w:rFonts w:ascii="Arial" w:hAnsi="Arial" w:cs="Arial"/>
        </w:rPr>
        <w:t>cinco</w:t>
      </w:r>
      <w:proofErr w:type="spellEnd"/>
      <w:r w:rsidR="00932794" w:rsidRPr="009A5D4B">
        <w:rPr>
          <w:rFonts w:ascii="Arial" w:hAnsi="Arial" w:cs="Arial"/>
        </w:rPr>
        <w:t xml:space="preserve"> </w:t>
      </w:r>
      <w:proofErr w:type="spellStart"/>
      <w:r w:rsidR="00932794" w:rsidRPr="009A5D4B">
        <w:rPr>
          <w:rFonts w:ascii="Arial" w:hAnsi="Arial" w:cs="Arial"/>
        </w:rPr>
        <w:t>palavras-chave</w:t>
      </w:r>
      <w:proofErr w:type="spellEnd"/>
      <w:r w:rsidR="00932794" w:rsidRPr="009A5D4B">
        <w:rPr>
          <w:rFonts w:ascii="Arial" w:hAnsi="Arial" w:cs="Arial"/>
        </w:rPr>
        <w:t>.</w:t>
      </w:r>
    </w:p>
    <w:p w14:paraId="5A253B5C" w14:textId="77777777" w:rsidR="005F47F6" w:rsidRPr="005F47F6" w:rsidRDefault="005F47F6" w:rsidP="005F47F6">
      <w:pPr>
        <w:pStyle w:val="PargrafodaLista"/>
        <w:spacing w:before="240"/>
        <w:ind w:left="1440"/>
        <w:jc w:val="both"/>
        <w:rPr>
          <w:rFonts w:ascii="Arial" w:hAnsi="Arial" w:cs="Arial"/>
          <w:b/>
          <w:bCs/>
        </w:rPr>
      </w:pPr>
    </w:p>
    <w:p w14:paraId="34FCB068" w14:textId="5CA60740" w:rsidR="00F07466" w:rsidRDefault="00000000" w:rsidP="005F47F6">
      <w:pPr>
        <w:pStyle w:val="PargrafodaLista"/>
        <w:numPr>
          <w:ilvl w:val="0"/>
          <w:numId w:val="18"/>
        </w:numPr>
        <w:spacing w:before="240"/>
        <w:jc w:val="both"/>
        <w:rPr>
          <w:rFonts w:ascii="Arial" w:hAnsi="Arial" w:cs="Arial"/>
        </w:rPr>
      </w:pPr>
      <w:proofErr w:type="spellStart"/>
      <w:r w:rsidRPr="005F47F6">
        <w:rPr>
          <w:rFonts w:ascii="Arial" w:hAnsi="Arial" w:cs="Arial"/>
          <w:b/>
        </w:rPr>
        <w:t>Introdução</w:t>
      </w:r>
      <w:proofErr w:type="spellEnd"/>
      <w:r w:rsidRPr="005F47F6">
        <w:rPr>
          <w:rFonts w:ascii="Arial" w:hAnsi="Arial" w:cs="Arial"/>
          <w:b/>
        </w:rPr>
        <w:t>:</w:t>
      </w:r>
      <w:r w:rsidRPr="005F47F6">
        <w:rPr>
          <w:rFonts w:ascii="Arial" w:hAnsi="Arial" w:cs="Arial"/>
        </w:rPr>
        <w:t xml:space="preserve"> </w:t>
      </w:r>
      <w:r w:rsidR="00423CC6" w:rsidRPr="005F47F6">
        <w:rPr>
          <w:rFonts w:ascii="Arial" w:hAnsi="Arial" w:cs="Arial"/>
        </w:rPr>
        <w:t xml:space="preserve">Deve </w:t>
      </w:r>
      <w:proofErr w:type="spellStart"/>
      <w:r w:rsidR="00423CC6" w:rsidRPr="005F47F6">
        <w:rPr>
          <w:rFonts w:ascii="Arial" w:hAnsi="Arial" w:cs="Arial"/>
        </w:rPr>
        <w:t>contextualizar</w:t>
      </w:r>
      <w:proofErr w:type="spellEnd"/>
      <w:r w:rsidR="00423CC6" w:rsidRPr="005F47F6">
        <w:rPr>
          <w:rFonts w:ascii="Arial" w:hAnsi="Arial" w:cs="Arial"/>
        </w:rPr>
        <w:t xml:space="preserve"> o </w:t>
      </w:r>
      <w:proofErr w:type="spellStart"/>
      <w:r w:rsidR="00423CC6" w:rsidRPr="005F47F6">
        <w:rPr>
          <w:rFonts w:ascii="Arial" w:hAnsi="Arial" w:cs="Arial"/>
        </w:rPr>
        <w:t>tema</w:t>
      </w:r>
      <w:proofErr w:type="spellEnd"/>
      <w:r w:rsidR="00423CC6" w:rsidRPr="005F47F6">
        <w:rPr>
          <w:rFonts w:ascii="Arial" w:hAnsi="Arial" w:cs="Arial"/>
        </w:rPr>
        <w:t xml:space="preserve"> de forma </w:t>
      </w:r>
      <w:proofErr w:type="spellStart"/>
      <w:r w:rsidR="00423CC6" w:rsidRPr="005F47F6">
        <w:rPr>
          <w:rFonts w:ascii="Arial" w:hAnsi="Arial" w:cs="Arial"/>
        </w:rPr>
        <w:t>clara</w:t>
      </w:r>
      <w:proofErr w:type="spellEnd"/>
      <w:r w:rsidR="00423CC6" w:rsidRPr="005F47F6">
        <w:rPr>
          <w:rFonts w:ascii="Arial" w:hAnsi="Arial" w:cs="Arial"/>
        </w:rPr>
        <w:t xml:space="preserve">, </w:t>
      </w:r>
      <w:proofErr w:type="spellStart"/>
      <w:r w:rsidR="00423CC6" w:rsidRPr="005F47F6">
        <w:rPr>
          <w:rFonts w:ascii="Arial" w:hAnsi="Arial" w:cs="Arial"/>
        </w:rPr>
        <w:t>apresentar</w:t>
      </w:r>
      <w:proofErr w:type="spellEnd"/>
      <w:r w:rsidR="00423CC6" w:rsidRPr="005F47F6">
        <w:rPr>
          <w:rFonts w:ascii="Arial" w:hAnsi="Arial" w:cs="Arial"/>
        </w:rPr>
        <w:t xml:space="preserve"> o </w:t>
      </w:r>
      <w:proofErr w:type="spellStart"/>
      <w:r w:rsidR="00423CC6" w:rsidRPr="005F47F6">
        <w:rPr>
          <w:rFonts w:ascii="Arial" w:hAnsi="Arial" w:cs="Arial"/>
        </w:rPr>
        <w:t>problema</w:t>
      </w:r>
      <w:proofErr w:type="spellEnd"/>
      <w:r w:rsidR="00423CC6" w:rsidRPr="005F47F6">
        <w:rPr>
          <w:rFonts w:ascii="Arial" w:hAnsi="Arial" w:cs="Arial"/>
        </w:rPr>
        <w:t xml:space="preserve"> de </w:t>
      </w:r>
      <w:proofErr w:type="spellStart"/>
      <w:r w:rsidR="00423CC6" w:rsidRPr="005F47F6">
        <w:rPr>
          <w:rFonts w:ascii="Arial" w:hAnsi="Arial" w:cs="Arial"/>
        </w:rPr>
        <w:t>pesquisa</w:t>
      </w:r>
      <w:proofErr w:type="spellEnd"/>
      <w:r w:rsidR="00423CC6" w:rsidRPr="005F47F6">
        <w:rPr>
          <w:rFonts w:ascii="Arial" w:hAnsi="Arial" w:cs="Arial"/>
        </w:rPr>
        <w:t xml:space="preserve"> e a </w:t>
      </w:r>
      <w:proofErr w:type="spellStart"/>
      <w:r w:rsidR="00423CC6" w:rsidRPr="005F47F6">
        <w:rPr>
          <w:rFonts w:ascii="Arial" w:hAnsi="Arial" w:cs="Arial"/>
        </w:rPr>
        <w:t>justificativa</w:t>
      </w:r>
      <w:proofErr w:type="spellEnd"/>
      <w:r w:rsidR="00423CC6" w:rsidRPr="005F47F6">
        <w:rPr>
          <w:rFonts w:ascii="Arial" w:hAnsi="Arial" w:cs="Arial"/>
        </w:rPr>
        <w:t xml:space="preserve">. O </w:t>
      </w:r>
      <w:proofErr w:type="spellStart"/>
      <w:r w:rsidR="00423CC6" w:rsidRPr="005F47F6">
        <w:rPr>
          <w:rFonts w:ascii="Arial" w:hAnsi="Arial" w:cs="Arial"/>
        </w:rPr>
        <w:t>último</w:t>
      </w:r>
      <w:proofErr w:type="spellEnd"/>
      <w:r w:rsidR="00423CC6" w:rsidRPr="005F47F6">
        <w:rPr>
          <w:rFonts w:ascii="Arial" w:hAnsi="Arial" w:cs="Arial"/>
        </w:rPr>
        <w:t xml:space="preserve"> </w:t>
      </w:r>
      <w:proofErr w:type="spellStart"/>
      <w:r w:rsidR="00423CC6" w:rsidRPr="005F47F6">
        <w:rPr>
          <w:rFonts w:ascii="Arial" w:hAnsi="Arial" w:cs="Arial"/>
        </w:rPr>
        <w:t>parágrafo</w:t>
      </w:r>
      <w:proofErr w:type="spellEnd"/>
      <w:r w:rsidR="00423CC6" w:rsidRPr="005F47F6">
        <w:rPr>
          <w:rFonts w:ascii="Arial" w:hAnsi="Arial" w:cs="Arial"/>
        </w:rPr>
        <w:t xml:space="preserve"> </w:t>
      </w:r>
      <w:proofErr w:type="spellStart"/>
      <w:r w:rsidR="00423CC6" w:rsidRPr="005F47F6">
        <w:rPr>
          <w:rFonts w:ascii="Arial" w:hAnsi="Arial" w:cs="Arial"/>
        </w:rPr>
        <w:t>deve</w:t>
      </w:r>
      <w:proofErr w:type="spellEnd"/>
      <w:r w:rsidR="00423CC6" w:rsidRPr="005F47F6">
        <w:rPr>
          <w:rFonts w:ascii="Arial" w:hAnsi="Arial" w:cs="Arial"/>
        </w:rPr>
        <w:t xml:space="preserve">, </w:t>
      </w:r>
      <w:proofErr w:type="spellStart"/>
      <w:r w:rsidR="00423CC6" w:rsidRPr="005F47F6">
        <w:rPr>
          <w:rFonts w:ascii="Arial" w:hAnsi="Arial" w:cs="Arial"/>
        </w:rPr>
        <w:t>obrigatoriamente</w:t>
      </w:r>
      <w:proofErr w:type="spellEnd"/>
      <w:r w:rsidR="00423CC6" w:rsidRPr="005F47F6">
        <w:rPr>
          <w:rFonts w:ascii="Arial" w:hAnsi="Arial" w:cs="Arial"/>
        </w:rPr>
        <w:t xml:space="preserve">, </w:t>
      </w:r>
      <w:proofErr w:type="spellStart"/>
      <w:r w:rsidR="00423CC6" w:rsidRPr="005F47F6">
        <w:rPr>
          <w:rFonts w:ascii="Arial" w:hAnsi="Arial" w:cs="Arial"/>
        </w:rPr>
        <w:t>conter</w:t>
      </w:r>
      <w:proofErr w:type="spellEnd"/>
      <w:r w:rsidR="00423CC6" w:rsidRPr="005F47F6">
        <w:rPr>
          <w:rFonts w:ascii="Arial" w:hAnsi="Arial" w:cs="Arial"/>
        </w:rPr>
        <w:t xml:space="preserve"> </w:t>
      </w:r>
      <w:proofErr w:type="spellStart"/>
      <w:r w:rsidR="00423CC6" w:rsidRPr="005F47F6">
        <w:rPr>
          <w:rFonts w:ascii="Arial" w:hAnsi="Arial" w:cs="Arial"/>
        </w:rPr>
        <w:t>os</w:t>
      </w:r>
      <w:proofErr w:type="spellEnd"/>
      <w:r w:rsidR="00423CC6" w:rsidRPr="005F47F6">
        <w:rPr>
          <w:rFonts w:ascii="Arial" w:hAnsi="Arial" w:cs="Arial"/>
        </w:rPr>
        <w:t xml:space="preserve"> </w:t>
      </w:r>
      <w:proofErr w:type="spellStart"/>
      <w:r w:rsidR="00423CC6" w:rsidRPr="005F47F6">
        <w:rPr>
          <w:rFonts w:ascii="Arial" w:hAnsi="Arial" w:cs="Arial"/>
        </w:rPr>
        <w:t>objetivos</w:t>
      </w:r>
      <w:proofErr w:type="spellEnd"/>
      <w:r w:rsidR="00423CC6" w:rsidRPr="005F47F6">
        <w:rPr>
          <w:rFonts w:ascii="Arial" w:hAnsi="Arial" w:cs="Arial"/>
        </w:rPr>
        <w:t xml:space="preserve"> do </w:t>
      </w:r>
      <w:proofErr w:type="spellStart"/>
      <w:r w:rsidR="00423CC6" w:rsidRPr="005F47F6">
        <w:rPr>
          <w:rFonts w:ascii="Arial" w:hAnsi="Arial" w:cs="Arial"/>
        </w:rPr>
        <w:t>trabalho</w:t>
      </w:r>
      <w:proofErr w:type="spellEnd"/>
      <w:r w:rsidR="00423CC6" w:rsidRPr="005F47F6">
        <w:rPr>
          <w:rFonts w:ascii="Arial" w:hAnsi="Arial" w:cs="Arial"/>
        </w:rPr>
        <w:t xml:space="preserve"> </w:t>
      </w:r>
      <w:proofErr w:type="spellStart"/>
      <w:r w:rsidR="00423CC6" w:rsidRPr="005F47F6">
        <w:rPr>
          <w:rFonts w:ascii="Arial" w:hAnsi="Arial" w:cs="Arial"/>
        </w:rPr>
        <w:t>realizado</w:t>
      </w:r>
      <w:proofErr w:type="spellEnd"/>
      <w:r w:rsidR="00423CC6" w:rsidRPr="005F47F6">
        <w:rPr>
          <w:rFonts w:ascii="Arial" w:hAnsi="Arial" w:cs="Arial"/>
        </w:rPr>
        <w:t>.</w:t>
      </w:r>
      <w:r w:rsidR="00656566" w:rsidRPr="005F47F6">
        <w:rPr>
          <w:rFonts w:ascii="Arial" w:hAnsi="Arial" w:cs="Arial"/>
        </w:rPr>
        <w:t xml:space="preserve"> </w:t>
      </w:r>
    </w:p>
    <w:p w14:paraId="660F96B1" w14:textId="77777777" w:rsidR="005F47F6" w:rsidRPr="005F47F6" w:rsidRDefault="005F47F6" w:rsidP="005F47F6">
      <w:pPr>
        <w:pStyle w:val="PargrafodaLista"/>
        <w:spacing w:before="240"/>
        <w:ind w:left="1440"/>
        <w:jc w:val="both"/>
        <w:rPr>
          <w:rFonts w:ascii="Arial" w:hAnsi="Arial" w:cs="Arial"/>
        </w:rPr>
      </w:pPr>
    </w:p>
    <w:p w14:paraId="2143FCA5" w14:textId="5C1E4AD5" w:rsidR="00656566" w:rsidRDefault="00000000" w:rsidP="005F47F6">
      <w:pPr>
        <w:pStyle w:val="PargrafodaLista"/>
        <w:numPr>
          <w:ilvl w:val="0"/>
          <w:numId w:val="18"/>
        </w:numPr>
        <w:spacing w:after="120"/>
        <w:jc w:val="both"/>
        <w:rPr>
          <w:rFonts w:ascii="Arial" w:hAnsi="Arial" w:cs="Arial"/>
        </w:rPr>
      </w:pPr>
      <w:proofErr w:type="spellStart"/>
      <w:r w:rsidRPr="005F47F6">
        <w:rPr>
          <w:rFonts w:ascii="Arial" w:hAnsi="Arial" w:cs="Arial"/>
          <w:b/>
        </w:rPr>
        <w:t>Metodologia</w:t>
      </w:r>
      <w:proofErr w:type="spellEnd"/>
      <w:r w:rsidRPr="005F47F6">
        <w:rPr>
          <w:rFonts w:ascii="Arial" w:hAnsi="Arial" w:cs="Arial"/>
          <w:b/>
        </w:rPr>
        <w:t>:</w:t>
      </w:r>
      <w:r w:rsidRPr="005F47F6">
        <w:rPr>
          <w:rFonts w:ascii="Arial" w:hAnsi="Arial" w:cs="Arial"/>
        </w:rPr>
        <w:t xml:space="preserve"> </w:t>
      </w:r>
      <w:proofErr w:type="spellStart"/>
      <w:r w:rsidR="00656566" w:rsidRPr="005F47F6">
        <w:rPr>
          <w:rFonts w:ascii="Arial" w:hAnsi="Arial" w:cs="Arial"/>
        </w:rPr>
        <w:t>Descrição</w:t>
      </w:r>
      <w:proofErr w:type="spellEnd"/>
      <w:r w:rsidR="00656566" w:rsidRPr="005F47F6">
        <w:rPr>
          <w:rFonts w:ascii="Arial" w:hAnsi="Arial" w:cs="Arial"/>
        </w:rPr>
        <w:t xml:space="preserve"> </w:t>
      </w:r>
      <w:proofErr w:type="spellStart"/>
      <w:r w:rsidR="00656566" w:rsidRPr="005F47F6">
        <w:rPr>
          <w:rFonts w:ascii="Arial" w:hAnsi="Arial" w:cs="Arial"/>
        </w:rPr>
        <w:t>detalhada</w:t>
      </w:r>
      <w:proofErr w:type="spellEnd"/>
      <w:r w:rsidR="00656566" w:rsidRPr="005F47F6">
        <w:rPr>
          <w:rFonts w:ascii="Arial" w:hAnsi="Arial" w:cs="Arial"/>
        </w:rPr>
        <w:t xml:space="preserve">, </w:t>
      </w:r>
      <w:proofErr w:type="spellStart"/>
      <w:r w:rsidR="00656566" w:rsidRPr="005F47F6">
        <w:rPr>
          <w:rFonts w:ascii="Arial" w:hAnsi="Arial" w:cs="Arial"/>
        </w:rPr>
        <w:t>concisa</w:t>
      </w:r>
      <w:proofErr w:type="spellEnd"/>
      <w:r w:rsidR="00656566" w:rsidRPr="005F47F6">
        <w:rPr>
          <w:rFonts w:ascii="Arial" w:hAnsi="Arial" w:cs="Arial"/>
        </w:rPr>
        <w:t xml:space="preserve"> e </w:t>
      </w:r>
      <w:proofErr w:type="spellStart"/>
      <w:r w:rsidR="00656566" w:rsidRPr="005F47F6">
        <w:rPr>
          <w:rFonts w:ascii="Arial" w:hAnsi="Arial" w:cs="Arial"/>
        </w:rPr>
        <w:t>clara</w:t>
      </w:r>
      <w:proofErr w:type="spellEnd"/>
      <w:r w:rsidR="00656566" w:rsidRPr="005F47F6">
        <w:rPr>
          <w:rFonts w:ascii="Arial" w:hAnsi="Arial" w:cs="Arial"/>
        </w:rPr>
        <w:t xml:space="preserve"> dos </w:t>
      </w:r>
      <w:proofErr w:type="spellStart"/>
      <w:r w:rsidR="00656566" w:rsidRPr="005F47F6">
        <w:rPr>
          <w:rFonts w:ascii="Arial" w:hAnsi="Arial" w:cs="Arial"/>
        </w:rPr>
        <w:t>materiais</w:t>
      </w:r>
      <w:proofErr w:type="spellEnd"/>
      <w:r w:rsidR="00656566" w:rsidRPr="005F47F6">
        <w:rPr>
          <w:rFonts w:ascii="Arial" w:hAnsi="Arial" w:cs="Arial"/>
        </w:rPr>
        <w:t xml:space="preserve">, </w:t>
      </w:r>
      <w:proofErr w:type="spellStart"/>
      <w:r w:rsidR="00656566" w:rsidRPr="005F47F6">
        <w:rPr>
          <w:rFonts w:ascii="Arial" w:hAnsi="Arial" w:cs="Arial"/>
        </w:rPr>
        <w:t>métodos</w:t>
      </w:r>
      <w:proofErr w:type="spellEnd"/>
      <w:r w:rsidR="00656566" w:rsidRPr="005F47F6">
        <w:rPr>
          <w:rFonts w:ascii="Arial" w:hAnsi="Arial" w:cs="Arial"/>
        </w:rPr>
        <w:t xml:space="preserve">, </w:t>
      </w:r>
      <w:proofErr w:type="spellStart"/>
      <w:r w:rsidR="00656566" w:rsidRPr="005F47F6">
        <w:rPr>
          <w:rFonts w:ascii="Arial" w:hAnsi="Arial" w:cs="Arial"/>
        </w:rPr>
        <w:t>delineamento</w:t>
      </w:r>
      <w:proofErr w:type="spellEnd"/>
      <w:r w:rsidR="00656566" w:rsidRPr="005F47F6">
        <w:rPr>
          <w:rFonts w:ascii="Arial" w:hAnsi="Arial" w:cs="Arial"/>
        </w:rPr>
        <w:t xml:space="preserve"> experimental e </w:t>
      </w:r>
      <w:proofErr w:type="spellStart"/>
      <w:r w:rsidR="00656566" w:rsidRPr="005F47F6">
        <w:rPr>
          <w:rFonts w:ascii="Arial" w:hAnsi="Arial" w:cs="Arial"/>
        </w:rPr>
        <w:t>procedimentos</w:t>
      </w:r>
      <w:proofErr w:type="spellEnd"/>
      <w:r w:rsidR="00656566" w:rsidRPr="005F47F6">
        <w:rPr>
          <w:rFonts w:ascii="Arial" w:hAnsi="Arial" w:cs="Arial"/>
        </w:rPr>
        <w:t xml:space="preserve"> </w:t>
      </w:r>
      <w:proofErr w:type="spellStart"/>
      <w:r w:rsidR="00656566" w:rsidRPr="005F47F6">
        <w:rPr>
          <w:rFonts w:ascii="Arial" w:hAnsi="Arial" w:cs="Arial"/>
        </w:rPr>
        <w:t>estatísticos</w:t>
      </w:r>
      <w:proofErr w:type="spellEnd"/>
      <w:r w:rsidR="00656566" w:rsidRPr="005F47F6">
        <w:rPr>
          <w:rFonts w:ascii="Arial" w:hAnsi="Arial" w:cs="Arial"/>
        </w:rPr>
        <w:t xml:space="preserve"> </w:t>
      </w:r>
      <w:proofErr w:type="spellStart"/>
      <w:r w:rsidR="00656566" w:rsidRPr="005F47F6">
        <w:rPr>
          <w:rFonts w:ascii="Arial" w:hAnsi="Arial" w:cs="Arial"/>
        </w:rPr>
        <w:t>utilizados</w:t>
      </w:r>
      <w:proofErr w:type="spellEnd"/>
      <w:r w:rsidR="00656566" w:rsidRPr="005F47F6">
        <w:rPr>
          <w:rFonts w:ascii="Arial" w:hAnsi="Arial" w:cs="Arial"/>
        </w:rPr>
        <w:t xml:space="preserve">, </w:t>
      </w:r>
      <w:proofErr w:type="spellStart"/>
      <w:r w:rsidR="00656566" w:rsidRPr="005F47F6">
        <w:rPr>
          <w:rFonts w:ascii="Arial" w:hAnsi="Arial" w:cs="Arial"/>
        </w:rPr>
        <w:t>permitindo</w:t>
      </w:r>
      <w:proofErr w:type="spellEnd"/>
      <w:r w:rsidR="00656566" w:rsidRPr="005F47F6">
        <w:rPr>
          <w:rFonts w:ascii="Arial" w:hAnsi="Arial" w:cs="Arial"/>
        </w:rPr>
        <w:t xml:space="preserve"> </w:t>
      </w:r>
      <w:proofErr w:type="spellStart"/>
      <w:r w:rsidR="00656566" w:rsidRPr="005F47F6">
        <w:rPr>
          <w:rFonts w:ascii="Arial" w:hAnsi="Arial" w:cs="Arial"/>
        </w:rPr>
        <w:t>que</w:t>
      </w:r>
      <w:proofErr w:type="spellEnd"/>
      <w:r w:rsidR="00656566" w:rsidRPr="005F47F6">
        <w:rPr>
          <w:rFonts w:ascii="Arial" w:hAnsi="Arial" w:cs="Arial"/>
        </w:rPr>
        <w:t xml:space="preserve"> </w:t>
      </w:r>
      <w:proofErr w:type="spellStart"/>
      <w:r w:rsidR="00656566" w:rsidRPr="005F47F6">
        <w:rPr>
          <w:rFonts w:ascii="Arial" w:hAnsi="Arial" w:cs="Arial"/>
        </w:rPr>
        <w:t>o</w:t>
      </w:r>
      <w:proofErr w:type="spellEnd"/>
      <w:r w:rsidR="00656566" w:rsidRPr="005F47F6">
        <w:rPr>
          <w:rFonts w:ascii="Arial" w:hAnsi="Arial" w:cs="Arial"/>
        </w:rPr>
        <w:t xml:space="preserve"> </w:t>
      </w:r>
      <w:proofErr w:type="spellStart"/>
      <w:r w:rsidR="00656566" w:rsidRPr="005F47F6">
        <w:rPr>
          <w:rFonts w:ascii="Arial" w:hAnsi="Arial" w:cs="Arial"/>
        </w:rPr>
        <w:t>leitor</w:t>
      </w:r>
      <w:proofErr w:type="spellEnd"/>
      <w:r w:rsidR="00656566" w:rsidRPr="005F47F6">
        <w:rPr>
          <w:rFonts w:ascii="Arial" w:hAnsi="Arial" w:cs="Arial"/>
        </w:rPr>
        <w:t xml:space="preserve"> </w:t>
      </w:r>
      <w:proofErr w:type="spellStart"/>
      <w:r w:rsidR="00656566" w:rsidRPr="005F47F6">
        <w:rPr>
          <w:rFonts w:ascii="Arial" w:hAnsi="Arial" w:cs="Arial"/>
        </w:rPr>
        <w:t>compreenda</w:t>
      </w:r>
      <w:proofErr w:type="spellEnd"/>
      <w:r w:rsidR="00656566" w:rsidRPr="005F47F6">
        <w:rPr>
          <w:rFonts w:ascii="Arial" w:hAnsi="Arial" w:cs="Arial"/>
        </w:rPr>
        <w:t xml:space="preserve"> e </w:t>
      </w:r>
      <w:proofErr w:type="spellStart"/>
      <w:r w:rsidR="00656566" w:rsidRPr="005F47F6">
        <w:rPr>
          <w:rFonts w:ascii="Arial" w:hAnsi="Arial" w:cs="Arial"/>
        </w:rPr>
        <w:t>seja</w:t>
      </w:r>
      <w:proofErr w:type="spellEnd"/>
      <w:r w:rsidR="00656566" w:rsidRPr="005F47F6">
        <w:rPr>
          <w:rFonts w:ascii="Arial" w:hAnsi="Arial" w:cs="Arial"/>
        </w:rPr>
        <w:t xml:space="preserve"> </w:t>
      </w:r>
      <w:proofErr w:type="spellStart"/>
      <w:r w:rsidR="00656566" w:rsidRPr="005F47F6">
        <w:rPr>
          <w:rFonts w:ascii="Arial" w:hAnsi="Arial" w:cs="Arial"/>
        </w:rPr>
        <w:t>capaz</w:t>
      </w:r>
      <w:proofErr w:type="spellEnd"/>
      <w:r w:rsidR="00656566" w:rsidRPr="005F47F6">
        <w:rPr>
          <w:rFonts w:ascii="Arial" w:hAnsi="Arial" w:cs="Arial"/>
        </w:rPr>
        <w:t xml:space="preserve"> de </w:t>
      </w:r>
      <w:proofErr w:type="spellStart"/>
      <w:r w:rsidR="00656566" w:rsidRPr="005F47F6">
        <w:rPr>
          <w:rFonts w:ascii="Arial" w:hAnsi="Arial" w:cs="Arial"/>
        </w:rPr>
        <w:t>reproduzir</w:t>
      </w:r>
      <w:proofErr w:type="spellEnd"/>
      <w:r w:rsidR="00656566" w:rsidRPr="005F47F6">
        <w:rPr>
          <w:rFonts w:ascii="Arial" w:hAnsi="Arial" w:cs="Arial"/>
        </w:rPr>
        <w:t xml:space="preserve"> o </w:t>
      </w:r>
      <w:proofErr w:type="spellStart"/>
      <w:r w:rsidR="00656566" w:rsidRPr="005F47F6">
        <w:rPr>
          <w:rFonts w:ascii="Arial" w:hAnsi="Arial" w:cs="Arial"/>
        </w:rPr>
        <w:t>ensaio</w:t>
      </w:r>
      <w:proofErr w:type="spellEnd"/>
      <w:r w:rsidR="00656566" w:rsidRPr="005F47F6">
        <w:rPr>
          <w:rFonts w:ascii="Arial" w:hAnsi="Arial" w:cs="Arial"/>
        </w:rPr>
        <w:t>/</w:t>
      </w:r>
      <w:proofErr w:type="spellStart"/>
      <w:r w:rsidR="00656566" w:rsidRPr="005F47F6">
        <w:rPr>
          <w:rFonts w:ascii="Arial" w:hAnsi="Arial" w:cs="Arial"/>
        </w:rPr>
        <w:t>estudo</w:t>
      </w:r>
      <w:proofErr w:type="spellEnd"/>
      <w:r w:rsidR="00656566" w:rsidRPr="005F47F6">
        <w:rPr>
          <w:rFonts w:ascii="Arial" w:hAnsi="Arial" w:cs="Arial"/>
        </w:rPr>
        <w:t xml:space="preserve">. </w:t>
      </w:r>
    </w:p>
    <w:p w14:paraId="6FA4304E" w14:textId="77777777" w:rsidR="005F47F6" w:rsidRPr="005F47F6" w:rsidRDefault="005F47F6" w:rsidP="005F47F6">
      <w:pPr>
        <w:pStyle w:val="PargrafodaLista"/>
        <w:rPr>
          <w:rFonts w:ascii="Arial" w:hAnsi="Arial" w:cs="Arial"/>
        </w:rPr>
      </w:pPr>
    </w:p>
    <w:p w14:paraId="61C57847" w14:textId="77777777" w:rsidR="005F47F6" w:rsidRPr="005F47F6" w:rsidRDefault="005F47F6" w:rsidP="005F47F6">
      <w:pPr>
        <w:pStyle w:val="PargrafodaLista"/>
        <w:spacing w:after="120"/>
        <w:ind w:left="1440"/>
        <w:jc w:val="both"/>
        <w:rPr>
          <w:rFonts w:ascii="Arial" w:hAnsi="Arial" w:cs="Arial"/>
        </w:rPr>
      </w:pPr>
    </w:p>
    <w:p w14:paraId="582DB7AC" w14:textId="70DFB565" w:rsidR="00246EAD" w:rsidRDefault="00000000" w:rsidP="005F47F6">
      <w:pPr>
        <w:pStyle w:val="PargrafodaLista"/>
        <w:numPr>
          <w:ilvl w:val="0"/>
          <w:numId w:val="18"/>
        </w:numPr>
        <w:spacing w:after="120"/>
        <w:jc w:val="both"/>
        <w:rPr>
          <w:rFonts w:ascii="Arial" w:hAnsi="Arial" w:cs="Arial"/>
        </w:rPr>
      </w:pPr>
      <w:proofErr w:type="spellStart"/>
      <w:r w:rsidRPr="005F47F6">
        <w:rPr>
          <w:rFonts w:ascii="Arial" w:hAnsi="Arial" w:cs="Arial"/>
          <w:b/>
        </w:rPr>
        <w:lastRenderedPageBreak/>
        <w:t>Resultados</w:t>
      </w:r>
      <w:proofErr w:type="spellEnd"/>
      <w:r w:rsidRPr="005F47F6">
        <w:rPr>
          <w:rFonts w:ascii="Arial" w:hAnsi="Arial" w:cs="Arial"/>
          <w:b/>
        </w:rPr>
        <w:t>:</w:t>
      </w:r>
      <w:r w:rsidRPr="005F47F6">
        <w:rPr>
          <w:rFonts w:ascii="Arial" w:hAnsi="Arial" w:cs="Arial"/>
        </w:rPr>
        <w:t xml:space="preserve"> </w:t>
      </w:r>
      <w:proofErr w:type="spellStart"/>
      <w:r w:rsidR="00BD73E4" w:rsidRPr="005F47F6">
        <w:rPr>
          <w:rFonts w:ascii="Arial" w:hAnsi="Arial" w:cs="Arial"/>
        </w:rPr>
        <w:t>Apresentação</w:t>
      </w:r>
      <w:proofErr w:type="spellEnd"/>
      <w:r w:rsidR="00BD73E4" w:rsidRPr="005F47F6">
        <w:rPr>
          <w:rFonts w:ascii="Arial" w:hAnsi="Arial" w:cs="Arial"/>
        </w:rPr>
        <w:t xml:space="preserve"> </w:t>
      </w:r>
      <w:proofErr w:type="spellStart"/>
      <w:r w:rsidR="00BD73E4" w:rsidRPr="005F47F6">
        <w:rPr>
          <w:rFonts w:ascii="Arial" w:hAnsi="Arial" w:cs="Arial"/>
        </w:rPr>
        <w:t>lógica</w:t>
      </w:r>
      <w:proofErr w:type="spellEnd"/>
      <w:r w:rsidR="00BD73E4" w:rsidRPr="005F47F6">
        <w:rPr>
          <w:rFonts w:ascii="Arial" w:hAnsi="Arial" w:cs="Arial"/>
        </w:rPr>
        <w:t xml:space="preserve"> dos dados </w:t>
      </w:r>
      <w:proofErr w:type="spellStart"/>
      <w:r w:rsidR="00BD73E4" w:rsidRPr="005F47F6">
        <w:rPr>
          <w:rFonts w:ascii="Arial" w:hAnsi="Arial" w:cs="Arial"/>
        </w:rPr>
        <w:t>obtidos</w:t>
      </w:r>
      <w:proofErr w:type="spellEnd"/>
      <w:r w:rsidR="00BD73E4" w:rsidRPr="005F47F6">
        <w:rPr>
          <w:rFonts w:ascii="Arial" w:hAnsi="Arial" w:cs="Arial"/>
        </w:rPr>
        <w:t xml:space="preserve"> </w:t>
      </w:r>
      <w:proofErr w:type="spellStart"/>
      <w:r w:rsidR="00BD73E4" w:rsidRPr="005F47F6">
        <w:rPr>
          <w:rFonts w:ascii="Arial" w:hAnsi="Arial" w:cs="Arial"/>
        </w:rPr>
        <w:t>acompanhada</w:t>
      </w:r>
      <w:proofErr w:type="spellEnd"/>
      <w:r w:rsidR="00BD73E4" w:rsidRPr="005F47F6">
        <w:rPr>
          <w:rFonts w:ascii="Arial" w:hAnsi="Arial" w:cs="Arial"/>
        </w:rPr>
        <w:t xml:space="preserve"> de </w:t>
      </w:r>
      <w:proofErr w:type="spellStart"/>
      <w:r w:rsidR="00BD73E4" w:rsidRPr="005F47F6">
        <w:rPr>
          <w:rFonts w:ascii="Arial" w:hAnsi="Arial" w:cs="Arial"/>
        </w:rPr>
        <w:t>sua</w:t>
      </w:r>
      <w:proofErr w:type="spellEnd"/>
      <w:r w:rsidR="00BD73E4" w:rsidRPr="005F47F6">
        <w:rPr>
          <w:rFonts w:ascii="Arial" w:hAnsi="Arial" w:cs="Arial"/>
        </w:rPr>
        <w:t xml:space="preserve"> </w:t>
      </w:r>
      <w:proofErr w:type="spellStart"/>
      <w:r w:rsidR="00BD73E4" w:rsidRPr="005F47F6">
        <w:rPr>
          <w:rFonts w:ascii="Arial" w:hAnsi="Arial" w:cs="Arial"/>
        </w:rPr>
        <w:t>respectiva</w:t>
      </w:r>
      <w:proofErr w:type="spellEnd"/>
      <w:r w:rsidR="00BD73E4" w:rsidRPr="005F47F6">
        <w:rPr>
          <w:rFonts w:ascii="Arial" w:hAnsi="Arial" w:cs="Arial"/>
        </w:rPr>
        <w:t xml:space="preserve"> </w:t>
      </w:r>
      <w:proofErr w:type="spellStart"/>
      <w:r w:rsidR="00BD73E4" w:rsidRPr="005F47F6">
        <w:rPr>
          <w:rFonts w:ascii="Arial" w:hAnsi="Arial" w:cs="Arial"/>
        </w:rPr>
        <w:t>discussão</w:t>
      </w:r>
      <w:proofErr w:type="spellEnd"/>
      <w:r w:rsidR="00BD73E4" w:rsidRPr="005F47F6">
        <w:rPr>
          <w:rFonts w:ascii="Arial" w:hAnsi="Arial" w:cs="Arial"/>
        </w:rPr>
        <w:t xml:space="preserve"> </w:t>
      </w:r>
      <w:proofErr w:type="spellStart"/>
      <w:r w:rsidR="00BD73E4" w:rsidRPr="005F47F6">
        <w:rPr>
          <w:rFonts w:ascii="Arial" w:hAnsi="Arial" w:cs="Arial"/>
        </w:rPr>
        <w:t>crítica</w:t>
      </w:r>
      <w:proofErr w:type="spellEnd"/>
      <w:r w:rsidR="00BD73E4" w:rsidRPr="005F47F6">
        <w:rPr>
          <w:rFonts w:ascii="Arial" w:hAnsi="Arial" w:cs="Arial"/>
        </w:rPr>
        <w:t xml:space="preserve"> com base </w:t>
      </w:r>
      <w:proofErr w:type="spellStart"/>
      <w:r w:rsidR="00BD73E4" w:rsidRPr="005F47F6">
        <w:rPr>
          <w:rFonts w:ascii="Arial" w:hAnsi="Arial" w:cs="Arial"/>
        </w:rPr>
        <w:t>na</w:t>
      </w:r>
      <w:proofErr w:type="spellEnd"/>
      <w:r w:rsidR="00BD73E4" w:rsidRPr="005F47F6">
        <w:rPr>
          <w:rFonts w:ascii="Arial" w:hAnsi="Arial" w:cs="Arial"/>
        </w:rPr>
        <w:t xml:space="preserve"> </w:t>
      </w:r>
      <w:proofErr w:type="spellStart"/>
      <w:r w:rsidR="00BD73E4" w:rsidRPr="005F47F6">
        <w:rPr>
          <w:rFonts w:ascii="Arial" w:hAnsi="Arial" w:cs="Arial"/>
        </w:rPr>
        <w:t>literatura</w:t>
      </w:r>
      <w:proofErr w:type="spellEnd"/>
      <w:r w:rsidR="00BD73E4" w:rsidRPr="005F47F6">
        <w:rPr>
          <w:rFonts w:ascii="Arial" w:hAnsi="Arial" w:cs="Arial"/>
        </w:rPr>
        <w:t xml:space="preserve"> </w:t>
      </w:r>
      <w:proofErr w:type="spellStart"/>
      <w:r w:rsidR="00BD73E4" w:rsidRPr="005F47F6">
        <w:rPr>
          <w:rFonts w:ascii="Arial" w:hAnsi="Arial" w:cs="Arial"/>
        </w:rPr>
        <w:t>vigente</w:t>
      </w:r>
      <w:proofErr w:type="spellEnd"/>
      <w:r w:rsidR="00BD73E4" w:rsidRPr="005F47F6">
        <w:rPr>
          <w:rFonts w:ascii="Arial" w:hAnsi="Arial" w:cs="Arial"/>
        </w:rPr>
        <w:t xml:space="preserve">, </w:t>
      </w:r>
      <w:proofErr w:type="spellStart"/>
      <w:r w:rsidR="00BD73E4" w:rsidRPr="005F47F6">
        <w:rPr>
          <w:rFonts w:ascii="Arial" w:hAnsi="Arial" w:cs="Arial"/>
        </w:rPr>
        <w:t>indicando</w:t>
      </w:r>
      <w:proofErr w:type="spellEnd"/>
      <w:r w:rsidR="00BD73E4" w:rsidRPr="005F47F6">
        <w:rPr>
          <w:rFonts w:ascii="Arial" w:hAnsi="Arial" w:cs="Arial"/>
        </w:rPr>
        <w:t xml:space="preserve"> a </w:t>
      </w:r>
      <w:proofErr w:type="spellStart"/>
      <w:r w:rsidR="00BD73E4" w:rsidRPr="005F47F6">
        <w:rPr>
          <w:rFonts w:ascii="Arial" w:hAnsi="Arial" w:cs="Arial"/>
        </w:rPr>
        <w:t>relevância</w:t>
      </w:r>
      <w:proofErr w:type="spellEnd"/>
      <w:r w:rsidR="00BD73E4" w:rsidRPr="005F47F6">
        <w:rPr>
          <w:rFonts w:ascii="Arial" w:hAnsi="Arial" w:cs="Arial"/>
        </w:rPr>
        <w:t xml:space="preserve">, </w:t>
      </w:r>
      <w:proofErr w:type="spellStart"/>
      <w:r w:rsidR="00BD73E4" w:rsidRPr="005F47F6">
        <w:rPr>
          <w:rFonts w:ascii="Arial" w:hAnsi="Arial" w:cs="Arial"/>
        </w:rPr>
        <w:t>vantagens</w:t>
      </w:r>
      <w:proofErr w:type="spellEnd"/>
      <w:r w:rsidR="00BD73E4" w:rsidRPr="005F47F6">
        <w:rPr>
          <w:rFonts w:ascii="Arial" w:hAnsi="Arial" w:cs="Arial"/>
        </w:rPr>
        <w:t xml:space="preserve"> </w:t>
      </w:r>
      <w:proofErr w:type="spellStart"/>
      <w:r w:rsidR="00BD73E4" w:rsidRPr="005F47F6">
        <w:rPr>
          <w:rFonts w:ascii="Arial" w:hAnsi="Arial" w:cs="Arial"/>
        </w:rPr>
        <w:t>ou</w:t>
      </w:r>
      <w:proofErr w:type="spellEnd"/>
      <w:r w:rsidR="00BD73E4" w:rsidRPr="005F47F6">
        <w:rPr>
          <w:rFonts w:ascii="Arial" w:hAnsi="Arial" w:cs="Arial"/>
        </w:rPr>
        <w:t xml:space="preserve"> </w:t>
      </w:r>
      <w:proofErr w:type="spellStart"/>
      <w:r w:rsidR="00BD73E4" w:rsidRPr="005F47F6">
        <w:rPr>
          <w:rFonts w:ascii="Arial" w:hAnsi="Arial" w:cs="Arial"/>
        </w:rPr>
        <w:t>limitações</w:t>
      </w:r>
      <w:proofErr w:type="spellEnd"/>
      <w:r w:rsidR="00BD73E4" w:rsidRPr="005F47F6">
        <w:rPr>
          <w:rFonts w:ascii="Arial" w:hAnsi="Arial" w:cs="Arial"/>
        </w:rPr>
        <w:t xml:space="preserve"> do </w:t>
      </w:r>
      <w:proofErr w:type="spellStart"/>
      <w:r w:rsidR="00BD73E4" w:rsidRPr="005F47F6">
        <w:rPr>
          <w:rFonts w:ascii="Arial" w:hAnsi="Arial" w:cs="Arial"/>
        </w:rPr>
        <w:t>estudo</w:t>
      </w:r>
      <w:proofErr w:type="spellEnd"/>
      <w:r w:rsidR="00BD73E4" w:rsidRPr="005F47F6">
        <w:rPr>
          <w:rFonts w:ascii="Arial" w:hAnsi="Arial" w:cs="Arial"/>
        </w:rPr>
        <w:t>.</w:t>
      </w:r>
      <w:r w:rsidR="00D871A8" w:rsidRPr="005F47F6">
        <w:rPr>
          <w:rFonts w:ascii="Arial" w:hAnsi="Arial" w:cs="Arial"/>
        </w:rPr>
        <w:t xml:space="preserve"> </w:t>
      </w:r>
    </w:p>
    <w:p w14:paraId="473E6187" w14:textId="77777777" w:rsidR="005F47F6" w:rsidRPr="0073404A" w:rsidRDefault="005F47F6" w:rsidP="005F47F6">
      <w:pPr>
        <w:pStyle w:val="NormalWeb"/>
        <w:numPr>
          <w:ilvl w:val="0"/>
          <w:numId w:val="19"/>
        </w:numPr>
        <w:spacing w:before="0" w:beforeAutospacing="0"/>
        <w:jc w:val="both"/>
        <w:rPr>
          <w:rFonts w:ascii="Arial" w:hAnsi="Arial" w:cs="Arial"/>
          <w:sz w:val="22"/>
          <w:szCs w:val="22"/>
        </w:rPr>
      </w:pPr>
      <w:r w:rsidRPr="0073404A">
        <w:rPr>
          <w:rFonts w:ascii="Arial" w:hAnsi="Arial" w:cs="Arial"/>
          <w:b/>
          <w:bCs/>
          <w:sz w:val="22"/>
          <w:szCs w:val="22"/>
        </w:rPr>
        <w:t xml:space="preserve">Elementos Visuais (Obrigatório): </w:t>
      </w:r>
      <w:r w:rsidRPr="0073404A">
        <w:rPr>
          <w:rFonts w:ascii="Arial" w:hAnsi="Arial" w:cs="Arial"/>
          <w:sz w:val="22"/>
          <w:szCs w:val="22"/>
        </w:rPr>
        <w:t xml:space="preserve">1 (uma) das páginas do documento deve ser integralmente ou parcialmente dedicada à apresentação de gráficos, tabelas, figuras ou fluxogramas. </w:t>
      </w:r>
    </w:p>
    <w:p w14:paraId="3F305315" w14:textId="77777777" w:rsidR="005F47F6" w:rsidRPr="0073404A" w:rsidRDefault="005F47F6" w:rsidP="005F47F6">
      <w:pPr>
        <w:pStyle w:val="NormalWeb"/>
        <w:numPr>
          <w:ilvl w:val="0"/>
          <w:numId w:val="19"/>
        </w:numPr>
        <w:spacing w:before="0" w:beforeAutospacing="0"/>
        <w:jc w:val="both"/>
        <w:rPr>
          <w:rFonts w:ascii="Arial" w:hAnsi="Arial" w:cs="Arial"/>
          <w:sz w:val="22"/>
          <w:szCs w:val="22"/>
        </w:rPr>
      </w:pPr>
      <w:r w:rsidRPr="0073404A">
        <w:rPr>
          <w:rFonts w:ascii="Arial" w:hAnsi="Arial" w:cs="Arial"/>
          <w:sz w:val="22"/>
          <w:szCs w:val="22"/>
        </w:rPr>
        <w:t xml:space="preserve"> </w:t>
      </w:r>
      <w:r w:rsidRPr="0073404A">
        <w:rPr>
          <w:rFonts w:ascii="Arial" w:hAnsi="Arial" w:cs="Arial"/>
          <w:b/>
          <w:bCs/>
          <w:sz w:val="22"/>
          <w:szCs w:val="22"/>
        </w:rPr>
        <w:t>Formatação de Tabelas:</w:t>
      </w:r>
      <w:r w:rsidRPr="0073404A">
        <w:rPr>
          <w:rFonts w:ascii="Arial" w:hAnsi="Arial" w:cs="Arial"/>
          <w:sz w:val="22"/>
          <w:szCs w:val="22"/>
        </w:rPr>
        <w:t xml:space="preserve"> O título deve vir na </w:t>
      </w:r>
      <w:r w:rsidRPr="0073404A">
        <w:rPr>
          <w:rFonts w:ascii="Arial" w:hAnsi="Arial" w:cs="Arial"/>
          <w:b/>
          <w:bCs/>
          <w:sz w:val="22"/>
          <w:szCs w:val="22"/>
        </w:rPr>
        <w:t>parte superior</w:t>
      </w:r>
      <w:r w:rsidRPr="0073404A">
        <w:rPr>
          <w:rFonts w:ascii="Arial" w:hAnsi="Arial" w:cs="Arial"/>
          <w:sz w:val="22"/>
          <w:szCs w:val="22"/>
        </w:rPr>
        <w:t xml:space="preserve"> (Tamanho 10, negrito) e a fonte ou notas explicativas na </w:t>
      </w:r>
      <w:r w:rsidRPr="0073404A">
        <w:rPr>
          <w:rFonts w:ascii="Arial" w:hAnsi="Arial" w:cs="Arial"/>
          <w:b/>
          <w:bCs/>
          <w:sz w:val="22"/>
          <w:szCs w:val="22"/>
        </w:rPr>
        <w:t>parte inferior</w:t>
      </w:r>
      <w:r w:rsidRPr="0073404A">
        <w:rPr>
          <w:rFonts w:ascii="Arial" w:hAnsi="Arial" w:cs="Arial"/>
          <w:sz w:val="22"/>
          <w:szCs w:val="22"/>
        </w:rPr>
        <w:t xml:space="preserve"> (Tamanho 10, normal). Devem ser centralizadas e respeitar estritamente as margens da página. </w:t>
      </w:r>
    </w:p>
    <w:p w14:paraId="3BF01AB4" w14:textId="77777777" w:rsidR="005F47F6" w:rsidRPr="0073404A" w:rsidRDefault="005F47F6" w:rsidP="005F47F6">
      <w:pPr>
        <w:pStyle w:val="NormalWeb"/>
        <w:numPr>
          <w:ilvl w:val="0"/>
          <w:numId w:val="19"/>
        </w:numPr>
        <w:spacing w:before="0" w:beforeAutospacing="0"/>
        <w:jc w:val="both"/>
        <w:rPr>
          <w:rFonts w:ascii="Arial" w:hAnsi="Arial" w:cs="Arial"/>
          <w:sz w:val="22"/>
          <w:szCs w:val="22"/>
        </w:rPr>
      </w:pPr>
      <w:r w:rsidRPr="0073404A">
        <w:rPr>
          <w:rFonts w:ascii="Arial" w:hAnsi="Arial" w:cs="Arial"/>
          <w:b/>
          <w:bCs/>
          <w:sz w:val="22"/>
          <w:szCs w:val="22"/>
        </w:rPr>
        <w:t>Formatação de Figuras/Gráficos:</w:t>
      </w:r>
      <w:r w:rsidRPr="0073404A">
        <w:rPr>
          <w:rFonts w:ascii="Arial" w:hAnsi="Arial" w:cs="Arial"/>
          <w:sz w:val="22"/>
          <w:szCs w:val="22"/>
        </w:rPr>
        <w:t xml:space="preserve"> A imagem deve ser centralizada, de alta qualidade. A legenda contendo o título (</w:t>
      </w:r>
      <w:proofErr w:type="spellStart"/>
      <w:r w:rsidRPr="0073404A">
        <w:rPr>
          <w:rFonts w:ascii="Arial" w:hAnsi="Arial" w:cs="Arial"/>
          <w:sz w:val="22"/>
          <w:szCs w:val="22"/>
        </w:rPr>
        <w:t>ex</w:t>
      </w:r>
      <w:proofErr w:type="spellEnd"/>
      <w:r w:rsidRPr="0073404A">
        <w:rPr>
          <w:rFonts w:ascii="Arial" w:hAnsi="Arial" w:cs="Arial"/>
          <w:sz w:val="22"/>
          <w:szCs w:val="22"/>
        </w:rPr>
        <w:t xml:space="preserve">: </w:t>
      </w:r>
      <w:r w:rsidRPr="0073404A">
        <w:rPr>
          <w:rFonts w:ascii="Arial" w:hAnsi="Arial" w:cs="Arial"/>
          <w:i/>
          <w:iCs/>
          <w:sz w:val="22"/>
          <w:szCs w:val="22"/>
        </w:rPr>
        <w:t>Figura 1 – Título da Imagem</w:t>
      </w:r>
      <w:r w:rsidRPr="0073404A">
        <w:rPr>
          <w:rFonts w:ascii="Arial" w:hAnsi="Arial" w:cs="Arial"/>
          <w:sz w:val="22"/>
          <w:szCs w:val="22"/>
        </w:rPr>
        <w:t xml:space="preserve">) e a fonte devem vir dispostas logo na </w:t>
      </w:r>
      <w:r w:rsidRPr="0073404A">
        <w:rPr>
          <w:rFonts w:ascii="Arial" w:hAnsi="Arial" w:cs="Arial"/>
          <w:b/>
          <w:bCs/>
          <w:sz w:val="22"/>
          <w:szCs w:val="22"/>
        </w:rPr>
        <w:t>parte inferior</w:t>
      </w:r>
      <w:r w:rsidRPr="0073404A">
        <w:rPr>
          <w:rFonts w:ascii="Arial" w:hAnsi="Arial" w:cs="Arial"/>
          <w:sz w:val="22"/>
          <w:szCs w:val="22"/>
        </w:rPr>
        <w:t xml:space="preserve"> do elemento visual (Tamanho 10). </w:t>
      </w:r>
    </w:p>
    <w:p w14:paraId="0AB47021" w14:textId="77777777" w:rsidR="005F47F6" w:rsidRPr="005F47F6" w:rsidRDefault="005F47F6" w:rsidP="005F47F6">
      <w:pPr>
        <w:pStyle w:val="PargrafodaLista"/>
        <w:spacing w:after="120"/>
        <w:ind w:left="1440"/>
        <w:jc w:val="both"/>
        <w:rPr>
          <w:rFonts w:ascii="Arial" w:hAnsi="Arial" w:cs="Arial"/>
        </w:rPr>
      </w:pPr>
    </w:p>
    <w:p w14:paraId="50D5341E" w14:textId="49C85BB6" w:rsidR="00E21363" w:rsidRDefault="00000000" w:rsidP="005F47F6">
      <w:pPr>
        <w:pStyle w:val="PargrafodaLista"/>
        <w:numPr>
          <w:ilvl w:val="0"/>
          <w:numId w:val="18"/>
        </w:numPr>
        <w:spacing w:after="120"/>
        <w:jc w:val="both"/>
        <w:rPr>
          <w:rFonts w:ascii="Arial" w:hAnsi="Arial" w:cs="Arial"/>
        </w:rPr>
      </w:pPr>
      <w:proofErr w:type="spellStart"/>
      <w:r w:rsidRPr="005F47F6">
        <w:rPr>
          <w:rFonts w:ascii="Arial" w:hAnsi="Arial" w:cs="Arial"/>
          <w:b/>
        </w:rPr>
        <w:t>Conclus</w:t>
      </w:r>
      <w:r w:rsidR="005F6404">
        <w:rPr>
          <w:rFonts w:ascii="Arial" w:hAnsi="Arial" w:cs="Arial"/>
          <w:b/>
        </w:rPr>
        <w:t>ão</w:t>
      </w:r>
      <w:proofErr w:type="spellEnd"/>
      <w:r w:rsidRPr="005F47F6">
        <w:rPr>
          <w:rFonts w:ascii="Arial" w:hAnsi="Arial" w:cs="Arial"/>
          <w:b/>
        </w:rPr>
        <w:t>:</w:t>
      </w:r>
      <w:r w:rsidRPr="005F47F6">
        <w:rPr>
          <w:rFonts w:ascii="Arial" w:hAnsi="Arial" w:cs="Arial"/>
        </w:rPr>
        <w:t xml:space="preserve"> </w:t>
      </w:r>
      <w:proofErr w:type="spellStart"/>
      <w:r w:rsidR="00E21363" w:rsidRPr="005F47F6">
        <w:rPr>
          <w:rFonts w:ascii="Arial" w:hAnsi="Arial" w:cs="Arial"/>
        </w:rPr>
        <w:t>Resposta</w:t>
      </w:r>
      <w:proofErr w:type="spellEnd"/>
      <w:r w:rsidR="00E21363" w:rsidRPr="005F47F6">
        <w:rPr>
          <w:rFonts w:ascii="Arial" w:hAnsi="Arial" w:cs="Arial"/>
        </w:rPr>
        <w:t xml:space="preserve"> </w:t>
      </w:r>
      <w:proofErr w:type="spellStart"/>
      <w:r w:rsidR="00E21363" w:rsidRPr="005F47F6">
        <w:rPr>
          <w:rFonts w:ascii="Arial" w:hAnsi="Arial" w:cs="Arial"/>
        </w:rPr>
        <w:t>sintética</w:t>
      </w:r>
      <w:proofErr w:type="spellEnd"/>
      <w:r w:rsidR="00E21363" w:rsidRPr="005F47F6">
        <w:rPr>
          <w:rFonts w:ascii="Arial" w:hAnsi="Arial" w:cs="Arial"/>
        </w:rPr>
        <w:t xml:space="preserve">, breve e </w:t>
      </w:r>
      <w:proofErr w:type="spellStart"/>
      <w:r w:rsidR="00E21363" w:rsidRPr="005F47F6">
        <w:rPr>
          <w:rFonts w:ascii="Arial" w:hAnsi="Arial" w:cs="Arial"/>
        </w:rPr>
        <w:t>clara</w:t>
      </w:r>
      <w:proofErr w:type="spellEnd"/>
      <w:r w:rsidR="00E21363" w:rsidRPr="005F47F6">
        <w:rPr>
          <w:rFonts w:ascii="Arial" w:hAnsi="Arial" w:cs="Arial"/>
        </w:rPr>
        <w:t xml:space="preserve"> </w:t>
      </w:r>
      <w:proofErr w:type="spellStart"/>
      <w:r w:rsidR="00E21363" w:rsidRPr="005F47F6">
        <w:rPr>
          <w:rFonts w:ascii="Arial" w:hAnsi="Arial" w:cs="Arial"/>
        </w:rPr>
        <w:t>aos</w:t>
      </w:r>
      <w:proofErr w:type="spellEnd"/>
      <w:r w:rsidR="00E21363" w:rsidRPr="005F47F6">
        <w:rPr>
          <w:rFonts w:ascii="Arial" w:hAnsi="Arial" w:cs="Arial"/>
        </w:rPr>
        <w:t xml:space="preserve"> </w:t>
      </w:r>
      <w:proofErr w:type="spellStart"/>
      <w:r w:rsidR="00E21363" w:rsidRPr="005F47F6">
        <w:rPr>
          <w:rFonts w:ascii="Arial" w:hAnsi="Arial" w:cs="Arial"/>
        </w:rPr>
        <w:t>objetivos</w:t>
      </w:r>
      <w:proofErr w:type="spellEnd"/>
      <w:r w:rsidR="00E21363" w:rsidRPr="005F47F6">
        <w:rPr>
          <w:rFonts w:ascii="Arial" w:hAnsi="Arial" w:cs="Arial"/>
        </w:rPr>
        <w:t xml:space="preserve"> </w:t>
      </w:r>
      <w:proofErr w:type="spellStart"/>
      <w:r w:rsidR="00E21363" w:rsidRPr="005F47F6">
        <w:rPr>
          <w:rFonts w:ascii="Arial" w:hAnsi="Arial" w:cs="Arial"/>
        </w:rPr>
        <w:t>propostos</w:t>
      </w:r>
      <w:proofErr w:type="spellEnd"/>
      <w:r w:rsidR="00E21363" w:rsidRPr="005F47F6">
        <w:rPr>
          <w:rFonts w:ascii="Arial" w:hAnsi="Arial" w:cs="Arial"/>
        </w:rPr>
        <w:t xml:space="preserve"> no </w:t>
      </w:r>
      <w:proofErr w:type="spellStart"/>
      <w:r w:rsidR="00E21363" w:rsidRPr="005F47F6">
        <w:rPr>
          <w:rFonts w:ascii="Arial" w:hAnsi="Arial" w:cs="Arial"/>
        </w:rPr>
        <w:t>trabalho</w:t>
      </w:r>
      <w:proofErr w:type="spellEnd"/>
      <w:r w:rsidR="00E21363" w:rsidRPr="005F47F6">
        <w:rPr>
          <w:rFonts w:ascii="Arial" w:hAnsi="Arial" w:cs="Arial"/>
        </w:rPr>
        <w:t xml:space="preserve">, </w:t>
      </w:r>
      <w:proofErr w:type="spellStart"/>
      <w:r w:rsidR="00E21363" w:rsidRPr="005F47F6">
        <w:rPr>
          <w:rFonts w:ascii="Arial" w:hAnsi="Arial" w:cs="Arial"/>
        </w:rPr>
        <w:t>baseando</w:t>
      </w:r>
      <w:proofErr w:type="spellEnd"/>
      <w:r w:rsidR="00E21363" w:rsidRPr="005F47F6">
        <w:rPr>
          <w:rFonts w:ascii="Arial" w:hAnsi="Arial" w:cs="Arial"/>
        </w:rPr>
        <w:t xml:space="preserve">-se </w:t>
      </w:r>
      <w:proofErr w:type="spellStart"/>
      <w:r w:rsidR="00E21363" w:rsidRPr="005F47F6">
        <w:rPr>
          <w:rFonts w:ascii="Arial" w:hAnsi="Arial" w:cs="Arial"/>
        </w:rPr>
        <w:t>estritamente</w:t>
      </w:r>
      <w:proofErr w:type="spellEnd"/>
      <w:r w:rsidR="00E21363" w:rsidRPr="005F47F6">
        <w:rPr>
          <w:rFonts w:ascii="Arial" w:hAnsi="Arial" w:cs="Arial"/>
        </w:rPr>
        <w:t xml:space="preserve"> </w:t>
      </w:r>
      <w:proofErr w:type="spellStart"/>
      <w:r w:rsidR="00E21363" w:rsidRPr="005F47F6">
        <w:rPr>
          <w:rFonts w:ascii="Arial" w:hAnsi="Arial" w:cs="Arial"/>
        </w:rPr>
        <w:t>nos</w:t>
      </w:r>
      <w:proofErr w:type="spellEnd"/>
      <w:r w:rsidR="00E21363" w:rsidRPr="005F47F6">
        <w:rPr>
          <w:rFonts w:ascii="Arial" w:hAnsi="Arial" w:cs="Arial"/>
        </w:rPr>
        <w:t xml:space="preserve"> </w:t>
      </w:r>
      <w:proofErr w:type="spellStart"/>
      <w:r w:rsidR="00E21363" w:rsidRPr="005F47F6">
        <w:rPr>
          <w:rFonts w:ascii="Arial" w:hAnsi="Arial" w:cs="Arial"/>
        </w:rPr>
        <w:t>resultados</w:t>
      </w:r>
      <w:proofErr w:type="spellEnd"/>
      <w:r w:rsidR="00E21363" w:rsidRPr="005F47F6">
        <w:rPr>
          <w:rFonts w:ascii="Arial" w:hAnsi="Arial" w:cs="Arial"/>
        </w:rPr>
        <w:t xml:space="preserve"> </w:t>
      </w:r>
      <w:proofErr w:type="spellStart"/>
      <w:r w:rsidR="00E21363" w:rsidRPr="005F47F6">
        <w:rPr>
          <w:rFonts w:ascii="Arial" w:hAnsi="Arial" w:cs="Arial"/>
        </w:rPr>
        <w:t>apresentados</w:t>
      </w:r>
      <w:proofErr w:type="spellEnd"/>
      <w:r w:rsidR="00E21363" w:rsidRPr="005F47F6">
        <w:rPr>
          <w:rFonts w:ascii="Arial" w:hAnsi="Arial" w:cs="Arial"/>
        </w:rPr>
        <w:t xml:space="preserve">. Deve </w:t>
      </w:r>
      <w:proofErr w:type="spellStart"/>
      <w:r w:rsidR="00E21363" w:rsidRPr="005F47F6">
        <w:rPr>
          <w:rFonts w:ascii="Arial" w:hAnsi="Arial" w:cs="Arial"/>
        </w:rPr>
        <w:t>obrigatoriamente</w:t>
      </w:r>
      <w:proofErr w:type="spellEnd"/>
      <w:r w:rsidR="00E21363" w:rsidRPr="005F47F6">
        <w:rPr>
          <w:rFonts w:ascii="Arial" w:hAnsi="Arial" w:cs="Arial"/>
        </w:rPr>
        <w:t xml:space="preserve"> </w:t>
      </w:r>
      <w:proofErr w:type="spellStart"/>
      <w:r w:rsidR="00E21363" w:rsidRPr="005F47F6">
        <w:rPr>
          <w:rFonts w:ascii="Arial" w:hAnsi="Arial" w:cs="Arial"/>
        </w:rPr>
        <w:t>apontar</w:t>
      </w:r>
      <w:proofErr w:type="spellEnd"/>
      <w:r w:rsidR="00E21363" w:rsidRPr="005F47F6">
        <w:rPr>
          <w:rFonts w:ascii="Arial" w:hAnsi="Arial" w:cs="Arial"/>
        </w:rPr>
        <w:t xml:space="preserve"> </w:t>
      </w:r>
      <w:proofErr w:type="spellStart"/>
      <w:r w:rsidR="00E21363" w:rsidRPr="005F47F6">
        <w:rPr>
          <w:rFonts w:ascii="Arial" w:hAnsi="Arial" w:cs="Arial"/>
        </w:rPr>
        <w:t>contribuições</w:t>
      </w:r>
      <w:proofErr w:type="spellEnd"/>
      <w:r w:rsidR="00E21363" w:rsidRPr="005F47F6">
        <w:rPr>
          <w:rFonts w:ascii="Arial" w:hAnsi="Arial" w:cs="Arial"/>
        </w:rPr>
        <w:t xml:space="preserve">, </w:t>
      </w:r>
      <w:proofErr w:type="spellStart"/>
      <w:r w:rsidR="00E21363" w:rsidRPr="005F47F6">
        <w:rPr>
          <w:rFonts w:ascii="Arial" w:hAnsi="Arial" w:cs="Arial"/>
        </w:rPr>
        <w:t>desdobramentos</w:t>
      </w:r>
      <w:proofErr w:type="spellEnd"/>
      <w:r w:rsidR="00E21363" w:rsidRPr="005F47F6">
        <w:rPr>
          <w:rFonts w:ascii="Arial" w:hAnsi="Arial" w:cs="Arial"/>
        </w:rPr>
        <w:t xml:space="preserve"> </w:t>
      </w:r>
      <w:proofErr w:type="spellStart"/>
      <w:r w:rsidR="00E21363" w:rsidRPr="005F47F6">
        <w:rPr>
          <w:rFonts w:ascii="Arial" w:hAnsi="Arial" w:cs="Arial"/>
        </w:rPr>
        <w:t>futuros</w:t>
      </w:r>
      <w:proofErr w:type="spellEnd"/>
      <w:r w:rsidR="00E21363" w:rsidRPr="005F47F6">
        <w:rPr>
          <w:rFonts w:ascii="Arial" w:hAnsi="Arial" w:cs="Arial"/>
        </w:rPr>
        <w:t xml:space="preserve"> </w:t>
      </w:r>
      <w:proofErr w:type="spellStart"/>
      <w:r w:rsidR="00E21363" w:rsidRPr="005F47F6">
        <w:rPr>
          <w:rFonts w:ascii="Arial" w:hAnsi="Arial" w:cs="Arial"/>
        </w:rPr>
        <w:t>ou</w:t>
      </w:r>
      <w:proofErr w:type="spellEnd"/>
      <w:r w:rsidR="00E21363" w:rsidRPr="005F47F6">
        <w:rPr>
          <w:rFonts w:ascii="Arial" w:hAnsi="Arial" w:cs="Arial"/>
        </w:rPr>
        <w:t xml:space="preserve"> </w:t>
      </w:r>
      <w:proofErr w:type="spellStart"/>
      <w:r w:rsidR="00E21363" w:rsidRPr="005F47F6">
        <w:rPr>
          <w:rFonts w:ascii="Arial" w:hAnsi="Arial" w:cs="Arial"/>
          <w:b/>
          <w:bCs/>
        </w:rPr>
        <w:t>aplicações</w:t>
      </w:r>
      <w:proofErr w:type="spellEnd"/>
      <w:r w:rsidR="00E21363" w:rsidRPr="005F47F6">
        <w:rPr>
          <w:rFonts w:ascii="Arial" w:hAnsi="Arial" w:cs="Arial"/>
          <w:b/>
          <w:bCs/>
        </w:rPr>
        <w:t xml:space="preserve"> </w:t>
      </w:r>
      <w:proofErr w:type="spellStart"/>
      <w:r w:rsidR="00E21363" w:rsidRPr="005F47F6">
        <w:rPr>
          <w:rFonts w:ascii="Arial" w:hAnsi="Arial" w:cs="Arial"/>
          <w:b/>
          <w:bCs/>
        </w:rPr>
        <w:t>práticas</w:t>
      </w:r>
      <w:proofErr w:type="spellEnd"/>
      <w:r w:rsidR="00E21363" w:rsidRPr="005F47F6">
        <w:rPr>
          <w:rFonts w:ascii="Arial" w:hAnsi="Arial" w:cs="Arial"/>
          <w:b/>
          <w:bCs/>
        </w:rPr>
        <w:t xml:space="preserve"> no </w:t>
      </w:r>
      <w:proofErr w:type="spellStart"/>
      <w:r w:rsidR="00E21363" w:rsidRPr="005F47F6">
        <w:rPr>
          <w:rFonts w:ascii="Arial" w:hAnsi="Arial" w:cs="Arial"/>
          <w:b/>
          <w:bCs/>
        </w:rPr>
        <w:t>setor</w:t>
      </w:r>
      <w:proofErr w:type="spellEnd"/>
      <w:r w:rsidR="00E21363" w:rsidRPr="005F47F6">
        <w:rPr>
          <w:rFonts w:ascii="Arial" w:hAnsi="Arial" w:cs="Arial"/>
        </w:rPr>
        <w:t xml:space="preserve"> (ex: </w:t>
      </w:r>
      <w:proofErr w:type="spellStart"/>
      <w:r w:rsidR="00E21363" w:rsidRPr="005F47F6">
        <w:rPr>
          <w:rFonts w:ascii="Arial" w:hAnsi="Arial" w:cs="Arial"/>
        </w:rPr>
        <w:t>uso</w:t>
      </w:r>
      <w:proofErr w:type="spellEnd"/>
      <w:r w:rsidR="00E21363" w:rsidRPr="005F47F6">
        <w:rPr>
          <w:rFonts w:ascii="Arial" w:hAnsi="Arial" w:cs="Arial"/>
        </w:rPr>
        <w:t>/</w:t>
      </w:r>
      <w:proofErr w:type="spellStart"/>
      <w:r w:rsidR="00E21363" w:rsidRPr="005F47F6">
        <w:rPr>
          <w:rFonts w:ascii="Arial" w:hAnsi="Arial" w:cs="Arial"/>
        </w:rPr>
        <w:t>impacto</w:t>
      </w:r>
      <w:proofErr w:type="spellEnd"/>
      <w:r w:rsidR="00E21363" w:rsidRPr="005F47F6">
        <w:rPr>
          <w:rFonts w:ascii="Arial" w:hAnsi="Arial" w:cs="Arial"/>
        </w:rPr>
        <w:t xml:space="preserve"> de </w:t>
      </w:r>
      <w:proofErr w:type="spellStart"/>
      <w:r w:rsidR="00E21363" w:rsidRPr="005F47F6">
        <w:rPr>
          <w:rFonts w:ascii="Arial" w:hAnsi="Arial" w:cs="Arial"/>
        </w:rPr>
        <w:t>insumos</w:t>
      </w:r>
      <w:proofErr w:type="spellEnd"/>
      <w:r w:rsidR="00E21363" w:rsidRPr="005F47F6">
        <w:rPr>
          <w:rFonts w:ascii="Arial" w:hAnsi="Arial" w:cs="Arial"/>
        </w:rPr>
        <w:t xml:space="preserve"> Polinutri).</w:t>
      </w:r>
    </w:p>
    <w:p w14:paraId="34527CE3" w14:textId="77777777" w:rsidR="005F47F6" w:rsidRPr="005F47F6" w:rsidRDefault="005F47F6" w:rsidP="005F47F6">
      <w:pPr>
        <w:pStyle w:val="PargrafodaLista"/>
        <w:spacing w:after="120"/>
        <w:ind w:left="1440"/>
        <w:jc w:val="both"/>
        <w:rPr>
          <w:rFonts w:ascii="Arial" w:hAnsi="Arial" w:cs="Arial"/>
        </w:rPr>
      </w:pPr>
    </w:p>
    <w:p w14:paraId="6012C239" w14:textId="719AC495" w:rsidR="00164BD2" w:rsidRDefault="00000000" w:rsidP="005F47F6">
      <w:pPr>
        <w:pStyle w:val="PargrafodaLista"/>
        <w:numPr>
          <w:ilvl w:val="0"/>
          <w:numId w:val="18"/>
        </w:numPr>
        <w:spacing w:after="120"/>
        <w:jc w:val="both"/>
        <w:rPr>
          <w:rFonts w:ascii="Arial" w:hAnsi="Arial" w:cs="Arial"/>
          <w:b/>
          <w:bCs/>
        </w:rPr>
      </w:pPr>
      <w:proofErr w:type="spellStart"/>
      <w:r w:rsidRPr="005F47F6">
        <w:rPr>
          <w:rFonts w:ascii="Arial" w:hAnsi="Arial" w:cs="Arial"/>
          <w:b/>
        </w:rPr>
        <w:t>Referências</w:t>
      </w:r>
      <w:proofErr w:type="spellEnd"/>
      <w:r w:rsidRPr="005F47F6">
        <w:rPr>
          <w:rFonts w:ascii="Arial" w:hAnsi="Arial" w:cs="Arial"/>
          <w:b/>
        </w:rPr>
        <w:t xml:space="preserve"> </w:t>
      </w:r>
      <w:proofErr w:type="spellStart"/>
      <w:r w:rsidRPr="005F47F6">
        <w:rPr>
          <w:rFonts w:ascii="Arial" w:hAnsi="Arial" w:cs="Arial"/>
          <w:b/>
        </w:rPr>
        <w:t>Bibliográficas</w:t>
      </w:r>
      <w:proofErr w:type="spellEnd"/>
      <w:r w:rsidRPr="005F47F6">
        <w:rPr>
          <w:rFonts w:ascii="Arial" w:hAnsi="Arial" w:cs="Arial"/>
          <w:b/>
        </w:rPr>
        <w:t>:</w:t>
      </w:r>
      <w:r w:rsidRPr="005F47F6">
        <w:rPr>
          <w:rFonts w:ascii="Arial" w:hAnsi="Arial" w:cs="Arial"/>
        </w:rPr>
        <w:t xml:space="preserve"> </w:t>
      </w:r>
      <w:proofErr w:type="spellStart"/>
      <w:r w:rsidR="00164BD2" w:rsidRPr="005F47F6">
        <w:rPr>
          <w:rFonts w:ascii="Arial" w:hAnsi="Arial" w:cs="Arial"/>
        </w:rPr>
        <w:t>Relação</w:t>
      </w:r>
      <w:proofErr w:type="spellEnd"/>
      <w:r w:rsidR="00164BD2" w:rsidRPr="005F47F6">
        <w:rPr>
          <w:rFonts w:ascii="Arial" w:hAnsi="Arial" w:cs="Arial"/>
        </w:rPr>
        <w:t xml:space="preserve"> </w:t>
      </w:r>
      <w:proofErr w:type="spellStart"/>
      <w:r w:rsidR="00164BD2" w:rsidRPr="005F47F6">
        <w:rPr>
          <w:rFonts w:ascii="Arial" w:hAnsi="Arial" w:cs="Arial"/>
        </w:rPr>
        <w:t>exclusiva</w:t>
      </w:r>
      <w:proofErr w:type="spellEnd"/>
      <w:r w:rsidR="00164BD2" w:rsidRPr="005F47F6">
        <w:rPr>
          <w:rFonts w:ascii="Arial" w:hAnsi="Arial" w:cs="Arial"/>
        </w:rPr>
        <w:t xml:space="preserve"> das </w:t>
      </w:r>
      <w:proofErr w:type="spellStart"/>
      <w:r w:rsidR="00164BD2" w:rsidRPr="005F47F6">
        <w:rPr>
          <w:rFonts w:ascii="Arial" w:hAnsi="Arial" w:cs="Arial"/>
        </w:rPr>
        <w:t>fontes</w:t>
      </w:r>
      <w:proofErr w:type="spellEnd"/>
      <w:r w:rsidR="00164BD2" w:rsidRPr="005F47F6">
        <w:rPr>
          <w:rFonts w:ascii="Arial" w:hAnsi="Arial" w:cs="Arial"/>
        </w:rPr>
        <w:t xml:space="preserve"> </w:t>
      </w:r>
      <w:proofErr w:type="spellStart"/>
      <w:r w:rsidR="00164BD2" w:rsidRPr="005F47F6">
        <w:rPr>
          <w:rFonts w:ascii="Arial" w:hAnsi="Arial" w:cs="Arial"/>
        </w:rPr>
        <w:t>que</w:t>
      </w:r>
      <w:proofErr w:type="spellEnd"/>
      <w:r w:rsidR="00164BD2" w:rsidRPr="005F47F6">
        <w:rPr>
          <w:rFonts w:ascii="Arial" w:hAnsi="Arial" w:cs="Arial"/>
        </w:rPr>
        <w:t xml:space="preserve"> </w:t>
      </w:r>
      <w:proofErr w:type="spellStart"/>
      <w:r w:rsidR="00164BD2" w:rsidRPr="005F47F6">
        <w:rPr>
          <w:rFonts w:ascii="Arial" w:hAnsi="Arial" w:cs="Arial"/>
        </w:rPr>
        <w:t>foram</w:t>
      </w:r>
      <w:proofErr w:type="spellEnd"/>
      <w:r w:rsidR="00164BD2" w:rsidRPr="005F47F6">
        <w:rPr>
          <w:rFonts w:ascii="Arial" w:hAnsi="Arial" w:cs="Arial"/>
        </w:rPr>
        <w:t xml:space="preserve"> </w:t>
      </w:r>
      <w:proofErr w:type="spellStart"/>
      <w:r w:rsidR="00164BD2" w:rsidRPr="005F47F6">
        <w:rPr>
          <w:rFonts w:ascii="Arial" w:hAnsi="Arial" w:cs="Arial"/>
        </w:rPr>
        <w:t>efetivamente</w:t>
      </w:r>
      <w:proofErr w:type="spellEnd"/>
      <w:r w:rsidR="00164BD2" w:rsidRPr="005F47F6">
        <w:rPr>
          <w:rFonts w:ascii="Arial" w:hAnsi="Arial" w:cs="Arial"/>
        </w:rPr>
        <w:t xml:space="preserve"> </w:t>
      </w:r>
      <w:proofErr w:type="spellStart"/>
      <w:r w:rsidR="00164BD2" w:rsidRPr="005F47F6">
        <w:rPr>
          <w:rFonts w:ascii="Arial" w:hAnsi="Arial" w:cs="Arial"/>
        </w:rPr>
        <w:t>citadas</w:t>
      </w:r>
      <w:proofErr w:type="spellEnd"/>
      <w:r w:rsidR="00164BD2" w:rsidRPr="005F47F6">
        <w:rPr>
          <w:rFonts w:ascii="Arial" w:hAnsi="Arial" w:cs="Arial"/>
        </w:rPr>
        <w:t xml:space="preserve"> </w:t>
      </w:r>
      <w:proofErr w:type="spellStart"/>
      <w:r w:rsidR="00164BD2" w:rsidRPr="005F47F6">
        <w:rPr>
          <w:rFonts w:ascii="Arial" w:hAnsi="Arial" w:cs="Arial"/>
        </w:rPr>
        <w:t>ao</w:t>
      </w:r>
      <w:proofErr w:type="spellEnd"/>
      <w:r w:rsidR="00164BD2" w:rsidRPr="005F47F6">
        <w:rPr>
          <w:rFonts w:ascii="Arial" w:hAnsi="Arial" w:cs="Arial"/>
        </w:rPr>
        <w:t xml:space="preserve"> </w:t>
      </w:r>
      <w:proofErr w:type="spellStart"/>
      <w:r w:rsidR="00164BD2" w:rsidRPr="005F47F6">
        <w:rPr>
          <w:rFonts w:ascii="Arial" w:hAnsi="Arial" w:cs="Arial"/>
        </w:rPr>
        <w:t>longo</w:t>
      </w:r>
      <w:proofErr w:type="spellEnd"/>
      <w:r w:rsidR="00164BD2" w:rsidRPr="005F47F6">
        <w:rPr>
          <w:rFonts w:ascii="Arial" w:hAnsi="Arial" w:cs="Arial"/>
        </w:rPr>
        <w:t xml:space="preserve"> do </w:t>
      </w:r>
      <w:proofErr w:type="spellStart"/>
      <w:r w:rsidR="00164BD2" w:rsidRPr="005F47F6">
        <w:rPr>
          <w:rFonts w:ascii="Arial" w:hAnsi="Arial" w:cs="Arial"/>
        </w:rPr>
        <w:t>corpo</w:t>
      </w:r>
      <w:proofErr w:type="spellEnd"/>
      <w:r w:rsidR="00164BD2" w:rsidRPr="005F47F6">
        <w:rPr>
          <w:rFonts w:ascii="Arial" w:hAnsi="Arial" w:cs="Arial"/>
        </w:rPr>
        <w:t xml:space="preserve"> do </w:t>
      </w:r>
      <w:proofErr w:type="spellStart"/>
      <w:r w:rsidR="00164BD2" w:rsidRPr="005F47F6">
        <w:rPr>
          <w:rFonts w:ascii="Arial" w:hAnsi="Arial" w:cs="Arial"/>
        </w:rPr>
        <w:t>texto</w:t>
      </w:r>
      <w:proofErr w:type="spellEnd"/>
      <w:r w:rsidR="00164BD2" w:rsidRPr="005F47F6">
        <w:rPr>
          <w:rFonts w:ascii="Arial" w:hAnsi="Arial" w:cs="Arial"/>
        </w:rPr>
        <w:t xml:space="preserve">. </w:t>
      </w:r>
      <w:proofErr w:type="spellStart"/>
      <w:r w:rsidR="00164BD2" w:rsidRPr="005F47F6">
        <w:rPr>
          <w:rFonts w:ascii="Arial" w:hAnsi="Arial" w:cs="Arial"/>
        </w:rPr>
        <w:t>Devem</w:t>
      </w:r>
      <w:proofErr w:type="spellEnd"/>
      <w:r w:rsidR="00164BD2" w:rsidRPr="005F47F6">
        <w:rPr>
          <w:rFonts w:ascii="Arial" w:hAnsi="Arial" w:cs="Arial"/>
        </w:rPr>
        <w:t xml:space="preserve"> ser </w:t>
      </w:r>
      <w:proofErr w:type="spellStart"/>
      <w:r w:rsidR="00164BD2" w:rsidRPr="005F47F6">
        <w:rPr>
          <w:rFonts w:ascii="Arial" w:hAnsi="Arial" w:cs="Arial"/>
        </w:rPr>
        <w:t>organizadas</w:t>
      </w:r>
      <w:proofErr w:type="spellEnd"/>
      <w:r w:rsidR="00164BD2" w:rsidRPr="005F47F6">
        <w:rPr>
          <w:rFonts w:ascii="Arial" w:hAnsi="Arial" w:cs="Arial"/>
        </w:rPr>
        <w:t xml:space="preserve"> </w:t>
      </w:r>
      <w:proofErr w:type="spellStart"/>
      <w:r w:rsidR="00164BD2" w:rsidRPr="005F47F6">
        <w:rPr>
          <w:rFonts w:ascii="Arial" w:hAnsi="Arial" w:cs="Arial"/>
        </w:rPr>
        <w:t>em</w:t>
      </w:r>
      <w:proofErr w:type="spellEnd"/>
      <w:r w:rsidR="00164BD2" w:rsidRPr="005F47F6">
        <w:rPr>
          <w:rFonts w:ascii="Arial" w:hAnsi="Arial" w:cs="Arial"/>
        </w:rPr>
        <w:t xml:space="preserve"> </w:t>
      </w:r>
      <w:proofErr w:type="spellStart"/>
      <w:r w:rsidR="00164BD2" w:rsidRPr="005F47F6">
        <w:rPr>
          <w:rFonts w:ascii="Arial" w:hAnsi="Arial" w:cs="Arial"/>
        </w:rPr>
        <w:t>ordem</w:t>
      </w:r>
      <w:proofErr w:type="spellEnd"/>
      <w:r w:rsidR="00164BD2" w:rsidRPr="005F47F6">
        <w:rPr>
          <w:rFonts w:ascii="Arial" w:hAnsi="Arial" w:cs="Arial"/>
        </w:rPr>
        <w:t xml:space="preserve"> </w:t>
      </w:r>
      <w:proofErr w:type="spellStart"/>
      <w:r w:rsidR="00164BD2" w:rsidRPr="005F47F6">
        <w:rPr>
          <w:rFonts w:ascii="Arial" w:hAnsi="Arial" w:cs="Arial"/>
        </w:rPr>
        <w:t>alfabética</w:t>
      </w:r>
      <w:proofErr w:type="spellEnd"/>
      <w:r w:rsidR="00164BD2" w:rsidRPr="005F47F6">
        <w:rPr>
          <w:rFonts w:ascii="Arial" w:hAnsi="Arial" w:cs="Arial"/>
        </w:rPr>
        <w:t xml:space="preserve"> </w:t>
      </w:r>
      <w:proofErr w:type="spellStart"/>
      <w:r w:rsidR="00164BD2" w:rsidRPr="005F47F6">
        <w:rPr>
          <w:rFonts w:ascii="Arial" w:hAnsi="Arial" w:cs="Arial"/>
        </w:rPr>
        <w:t>pelo</w:t>
      </w:r>
      <w:proofErr w:type="spellEnd"/>
      <w:r w:rsidR="00164BD2" w:rsidRPr="005F47F6">
        <w:rPr>
          <w:rFonts w:ascii="Arial" w:hAnsi="Arial" w:cs="Arial"/>
        </w:rPr>
        <w:t xml:space="preserve"> </w:t>
      </w:r>
      <w:proofErr w:type="spellStart"/>
      <w:r w:rsidR="00164BD2" w:rsidRPr="005F47F6">
        <w:rPr>
          <w:rFonts w:ascii="Arial" w:hAnsi="Arial" w:cs="Arial"/>
        </w:rPr>
        <w:t>sobrenome</w:t>
      </w:r>
      <w:proofErr w:type="spellEnd"/>
      <w:r w:rsidR="00164BD2" w:rsidRPr="005F47F6">
        <w:rPr>
          <w:rFonts w:ascii="Arial" w:hAnsi="Arial" w:cs="Arial"/>
        </w:rPr>
        <w:t xml:space="preserve"> do </w:t>
      </w:r>
      <w:proofErr w:type="spellStart"/>
      <w:r w:rsidR="00164BD2" w:rsidRPr="005F47F6">
        <w:rPr>
          <w:rFonts w:ascii="Arial" w:hAnsi="Arial" w:cs="Arial"/>
        </w:rPr>
        <w:t>primeiro</w:t>
      </w:r>
      <w:proofErr w:type="spellEnd"/>
      <w:r w:rsidR="00164BD2" w:rsidRPr="005F47F6">
        <w:rPr>
          <w:rFonts w:ascii="Arial" w:hAnsi="Arial" w:cs="Arial"/>
        </w:rPr>
        <w:t xml:space="preserve"> </w:t>
      </w:r>
      <w:proofErr w:type="spellStart"/>
      <w:r w:rsidR="00164BD2" w:rsidRPr="005F47F6">
        <w:rPr>
          <w:rFonts w:ascii="Arial" w:hAnsi="Arial" w:cs="Arial"/>
        </w:rPr>
        <w:t>autor</w:t>
      </w:r>
      <w:proofErr w:type="spellEnd"/>
      <w:r w:rsidR="00164BD2" w:rsidRPr="005F47F6">
        <w:rPr>
          <w:rFonts w:ascii="Arial" w:hAnsi="Arial" w:cs="Arial"/>
        </w:rPr>
        <w:t xml:space="preserve">, </w:t>
      </w:r>
      <w:proofErr w:type="spellStart"/>
      <w:r w:rsidR="00164BD2" w:rsidRPr="005F47F6">
        <w:rPr>
          <w:rFonts w:ascii="Arial" w:hAnsi="Arial" w:cs="Arial"/>
        </w:rPr>
        <w:t>seguindo</w:t>
      </w:r>
      <w:proofErr w:type="spellEnd"/>
      <w:r w:rsidR="00164BD2" w:rsidRPr="005F47F6">
        <w:rPr>
          <w:rFonts w:ascii="Arial" w:hAnsi="Arial" w:cs="Arial"/>
        </w:rPr>
        <w:t xml:space="preserve"> </w:t>
      </w:r>
      <w:proofErr w:type="spellStart"/>
      <w:r w:rsidR="00164BD2" w:rsidRPr="005F47F6">
        <w:rPr>
          <w:rFonts w:ascii="Arial" w:hAnsi="Arial" w:cs="Arial"/>
        </w:rPr>
        <w:t>rigorosamente</w:t>
      </w:r>
      <w:proofErr w:type="spellEnd"/>
      <w:r w:rsidR="00164BD2" w:rsidRPr="005F47F6">
        <w:rPr>
          <w:rFonts w:ascii="Arial" w:hAnsi="Arial" w:cs="Arial"/>
        </w:rPr>
        <w:t xml:space="preserve"> </w:t>
      </w:r>
      <w:proofErr w:type="spellStart"/>
      <w:r w:rsidR="00164BD2" w:rsidRPr="005F47F6">
        <w:rPr>
          <w:rFonts w:ascii="Arial" w:hAnsi="Arial" w:cs="Arial"/>
        </w:rPr>
        <w:t>os</w:t>
      </w:r>
      <w:proofErr w:type="spellEnd"/>
      <w:r w:rsidR="00164BD2" w:rsidRPr="005F47F6">
        <w:rPr>
          <w:rFonts w:ascii="Arial" w:hAnsi="Arial" w:cs="Arial"/>
        </w:rPr>
        <w:t xml:space="preserve"> </w:t>
      </w:r>
      <w:proofErr w:type="spellStart"/>
      <w:r w:rsidR="00164BD2" w:rsidRPr="005F47F6">
        <w:rPr>
          <w:rFonts w:ascii="Arial" w:hAnsi="Arial" w:cs="Arial"/>
        </w:rPr>
        <w:t>critérios</w:t>
      </w:r>
      <w:proofErr w:type="spellEnd"/>
      <w:r w:rsidR="00164BD2" w:rsidRPr="005F47F6">
        <w:rPr>
          <w:rFonts w:ascii="Arial" w:hAnsi="Arial" w:cs="Arial"/>
        </w:rPr>
        <w:t xml:space="preserve"> </w:t>
      </w:r>
      <w:proofErr w:type="spellStart"/>
      <w:r w:rsidR="00164BD2" w:rsidRPr="005F47F6">
        <w:rPr>
          <w:rFonts w:ascii="Arial" w:hAnsi="Arial" w:cs="Arial"/>
        </w:rPr>
        <w:t>técnicos</w:t>
      </w:r>
      <w:proofErr w:type="spellEnd"/>
      <w:r w:rsidR="00164BD2" w:rsidRPr="005F47F6">
        <w:rPr>
          <w:rFonts w:ascii="Arial" w:hAnsi="Arial" w:cs="Arial"/>
        </w:rPr>
        <w:t xml:space="preserve"> da </w:t>
      </w:r>
      <w:r w:rsidR="00164BD2" w:rsidRPr="005F47F6">
        <w:rPr>
          <w:rFonts w:ascii="Arial" w:hAnsi="Arial" w:cs="Arial"/>
          <w:b/>
          <w:bCs/>
        </w:rPr>
        <w:t>ABNT NBR 6023</w:t>
      </w:r>
      <w:r w:rsidR="00165D51" w:rsidRPr="005F47F6">
        <w:rPr>
          <w:rFonts w:ascii="Arial" w:hAnsi="Arial" w:cs="Arial"/>
          <w:b/>
          <w:bCs/>
        </w:rPr>
        <w:t>.</w:t>
      </w:r>
    </w:p>
    <w:p w14:paraId="6C3AB3BC" w14:textId="77777777" w:rsidR="005F47F6" w:rsidRPr="005F47F6" w:rsidRDefault="005F47F6" w:rsidP="005F47F6">
      <w:pPr>
        <w:pStyle w:val="PargrafodaLista"/>
        <w:rPr>
          <w:rFonts w:ascii="Arial" w:hAnsi="Arial" w:cs="Arial"/>
          <w:b/>
          <w:bCs/>
        </w:rPr>
      </w:pPr>
    </w:p>
    <w:p w14:paraId="6D658F63" w14:textId="77777777" w:rsidR="005F47F6" w:rsidRPr="005F47F6" w:rsidRDefault="005F47F6" w:rsidP="005F47F6">
      <w:pPr>
        <w:pStyle w:val="PargrafodaLista"/>
        <w:spacing w:after="120"/>
        <w:ind w:left="1440"/>
        <w:jc w:val="both"/>
        <w:rPr>
          <w:rFonts w:ascii="Arial" w:hAnsi="Arial" w:cs="Arial"/>
          <w:b/>
          <w:bCs/>
        </w:rPr>
      </w:pPr>
    </w:p>
    <w:p w14:paraId="3685A739" w14:textId="3737B6B1" w:rsidR="00165D51" w:rsidRDefault="00165D51" w:rsidP="00164BD2">
      <w:pPr>
        <w:spacing w:after="120"/>
        <w:ind w:left="283"/>
        <w:rPr>
          <w:rFonts w:ascii="Arial" w:hAnsi="Arial" w:cs="Arial"/>
          <w:b/>
          <w:bCs/>
        </w:rPr>
      </w:pPr>
      <w:proofErr w:type="spellStart"/>
      <w:r w:rsidRPr="00165D51">
        <w:rPr>
          <w:rFonts w:ascii="Arial" w:hAnsi="Arial" w:cs="Arial"/>
          <w:b/>
          <w:bCs/>
        </w:rPr>
        <w:t>Exemplos</w:t>
      </w:r>
      <w:proofErr w:type="spellEnd"/>
      <w:r w:rsidRPr="00165D51">
        <w:rPr>
          <w:rFonts w:ascii="Arial" w:hAnsi="Arial" w:cs="Arial"/>
          <w:b/>
          <w:bCs/>
        </w:rPr>
        <w:t xml:space="preserve"> de </w:t>
      </w:r>
      <w:proofErr w:type="spellStart"/>
      <w:r w:rsidRPr="00165D51">
        <w:rPr>
          <w:rFonts w:ascii="Arial" w:hAnsi="Arial" w:cs="Arial"/>
          <w:b/>
          <w:bCs/>
        </w:rPr>
        <w:t>Formatação</w:t>
      </w:r>
      <w:proofErr w:type="spellEnd"/>
      <w:r w:rsidRPr="00165D51">
        <w:rPr>
          <w:rFonts w:ascii="Arial" w:hAnsi="Arial" w:cs="Arial"/>
          <w:b/>
          <w:bCs/>
        </w:rPr>
        <w:t xml:space="preserve"> de </w:t>
      </w:r>
      <w:proofErr w:type="spellStart"/>
      <w:r w:rsidRPr="00165D51">
        <w:rPr>
          <w:rFonts w:ascii="Arial" w:hAnsi="Arial" w:cs="Arial"/>
          <w:b/>
          <w:bCs/>
        </w:rPr>
        <w:t>Referências</w:t>
      </w:r>
      <w:proofErr w:type="spellEnd"/>
      <w:r w:rsidRPr="00165D51">
        <w:rPr>
          <w:rFonts w:ascii="Arial" w:hAnsi="Arial" w:cs="Arial"/>
          <w:b/>
          <w:bCs/>
        </w:rPr>
        <w:t xml:space="preserve"> (</w:t>
      </w:r>
      <w:proofErr w:type="spellStart"/>
      <w:r w:rsidRPr="00165D51">
        <w:rPr>
          <w:rFonts w:ascii="Arial" w:hAnsi="Arial" w:cs="Arial"/>
          <w:b/>
          <w:bCs/>
        </w:rPr>
        <w:t>Padrão</w:t>
      </w:r>
      <w:proofErr w:type="spellEnd"/>
      <w:r w:rsidRPr="00165D51">
        <w:rPr>
          <w:rFonts w:ascii="Arial" w:hAnsi="Arial" w:cs="Arial"/>
          <w:b/>
          <w:bCs/>
        </w:rPr>
        <w:t xml:space="preserve"> ABNT):</w:t>
      </w:r>
    </w:p>
    <w:p w14:paraId="591121EA" w14:textId="11382726" w:rsidR="00165D51" w:rsidRPr="00165D51" w:rsidRDefault="00165D51" w:rsidP="00165D51">
      <w:pPr>
        <w:pStyle w:val="PargrafodaLista"/>
        <w:numPr>
          <w:ilvl w:val="0"/>
          <w:numId w:val="11"/>
        </w:numPr>
        <w:spacing w:after="120"/>
        <w:rPr>
          <w:rFonts w:ascii="Arial" w:hAnsi="Arial" w:cs="Arial"/>
          <w:b/>
          <w:bCs/>
        </w:rPr>
      </w:pPr>
      <w:proofErr w:type="spellStart"/>
      <w:r w:rsidRPr="00165D51">
        <w:rPr>
          <w:rFonts w:ascii="Arial" w:hAnsi="Arial" w:cs="Arial"/>
          <w:b/>
          <w:bCs/>
        </w:rPr>
        <w:t>Livro</w:t>
      </w:r>
      <w:proofErr w:type="spellEnd"/>
      <w:r w:rsidRPr="00165D51">
        <w:rPr>
          <w:rFonts w:ascii="Arial" w:hAnsi="Arial" w:cs="Arial"/>
          <w:b/>
          <w:bCs/>
        </w:rPr>
        <w:t xml:space="preserve">: </w:t>
      </w:r>
      <w:r w:rsidRPr="00165D51">
        <w:rPr>
          <w:rFonts w:ascii="Arial" w:hAnsi="Arial" w:cs="Arial"/>
        </w:rPr>
        <w:t xml:space="preserve">SILVA, J. </w:t>
      </w:r>
      <w:proofErr w:type="spellStart"/>
      <w:r w:rsidRPr="00165D51">
        <w:rPr>
          <w:rFonts w:ascii="Arial" w:hAnsi="Arial" w:cs="Arial"/>
          <w:i/>
          <w:iCs/>
        </w:rPr>
        <w:t>Nutrição</w:t>
      </w:r>
      <w:proofErr w:type="spellEnd"/>
      <w:r w:rsidRPr="00165D51">
        <w:rPr>
          <w:rFonts w:ascii="Arial" w:hAnsi="Arial" w:cs="Arial"/>
          <w:i/>
          <w:iCs/>
        </w:rPr>
        <w:t xml:space="preserve"> de </w:t>
      </w:r>
      <w:proofErr w:type="spellStart"/>
      <w:r w:rsidRPr="00165D51">
        <w:rPr>
          <w:rFonts w:ascii="Arial" w:hAnsi="Arial" w:cs="Arial"/>
          <w:i/>
          <w:iCs/>
        </w:rPr>
        <w:t>precisão</w:t>
      </w:r>
      <w:proofErr w:type="spellEnd"/>
      <w:r w:rsidRPr="00165D51">
        <w:rPr>
          <w:rFonts w:ascii="Arial" w:hAnsi="Arial" w:cs="Arial"/>
          <w:i/>
          <w:iCs/>
        </w:rPr>
        <w:t xml:space="preserve"> </w:t>
      </w:r>
      <w:proofErr w:type="spellStart"/>
      <w:r w:rsidRPr="00165D51">
        <w:rPr>
          <w:rFonts w:ascii="Arial" w:hAnsi="Arial" w:cs="Arial"/>
          <w:i/>
          <w:iCs/>
        </w:rPr>
        <w:t>na</w:t>
      </w:r>
      <w:proofErr w:type="spellEnd"/>
      <w:r w:rsidRPr="00165D51">
        <w:rPr>
          <w:rFonts w:ascii="Arial" w:hAnsi="Arial" w:cs="Arial"/>
          <w:i/>
          <w:iCs/>
        </w:rPr>
        <w:t xml:space="preserve"> </w:t>
      </w:r>
      <w:proofErr w:type="spellStart"/>
      <w:r w:rsidRPr="00165D51">
        <w:rPr>
          <w:rFonts w:ascii="Arial" w:hAnsi="Arial" w:cs="Arial"/>
          <w:i/>
          <w:iCs/>
        </w:rPr>
        <w:t>produção</w:t>
      </w:r>
      <w:proofErr w:type="spellEnd"/>
      <w:r w:rsidRPr="00165D51">
        <w:rPr>
          <w:rFonts w:ascii="Arial" w:hAnsi="Arial" w:cs="Arial"/>
          <w:i/>
          <w:iCs/>
        </w:rPr>
        <w:t xml:space="preserve"> animal</w:t>
      </w:r>
      <w:r w:rsidRPr="00165D51">
        <w:rPr>
          <w:rFonts w:ascii="Arial" w:hAnsi="Arial" w:cs="Arial"/>
        </w:rPr>
        <w:t xml:space="preserve">. 2. ed. São Paulo: Editora </w:t>
      </w:r>
      <w:proofErr w:type="spellStart"/>
      <w:r w:rsidRPr="00165D51">
        <w:rPr>
          <w:rFonts w:ascii="Arial" w:hAnsi="Arial" w:cs="Arial"/>
        </w:rPr>
        <w:t>Acadêmica</w:t>
      </w:r>
      <w:proofErr w:type="spellEnd"/>
      <w:r w:rsidRPr="00165D51">
        <w:rPr>
          <w:rFonts w:ascii="Arial" w:hAnsi="Arial" w:cs="Arial"/>
        </w:rPr>
        <w:t>, 2025.</w:t>
      </w:r>
    </w:p>
    <w:p w14:paraId="324D0644" w14:textId="69D59134" w:rsidR="00165D51" w:rsidRDefault="00165D51" w:rsidP="00165D51">
      <w:pPr>
        <w:pStyle w:val="PargrafodaLista"/>
        <w:numPr>
          <w:ilvl w:val="0"/>
          <w:numId w:val="11"/>
        </w:numPr>
        <w:spacing w:after="120"/>
        <w:rPr>
          <w:rFonts w:ascii="Arial" w:hAnsi="Arial" w:cs="Arial"/>
        </w:rPr>
      </w:pPr>
      <w:proofErr w:type="spellStart"/>
      <w:r w:rsidRPr="00165D51">
        <w:rPr>
          <w:rFonts w:ascii="Arial" w:hAnsi="Arial" w:cs="Arial"/>
          <w:b/>
          <w:bCs/>
        </w:rPr>
        <w:t>Capítulo</w:t>
      </w:r>
      <w:proofErr w:type="spellEnd"/>
      <w:r w:rsidRPr="00165D51">
        <w:rPr>
          <w:rFonts w:ascii="Arial" w:hAnsi="Arial" w:cs="Arial"/>
          <w:b/>
          <w:bCs/>
        </w:rPr>
        <w:t xml:space="preserve"> de </w:t>
      </w:r>
      <w:proofErr w:type="spellStart"/>
      <w:r w:rsidRPr="00165D51">
        <w:rPr>
          <w:rFonts w:ascii="Arial" w:hAnsi="Arial" w:cs="Arial"/>
          <w:b/>
          <w:bCs/>
        </w:rPr>
        <w:t>Livro</w:t>
      </w:r>
      <w:proofErr w:type="spellEnd"/>
      <w:r w:rsidRPr="00165D51">
        <w:rPr>
          <w:rFonts w:ascii="Arial" w:hAnsi="Arial" w:cs="Arial"/>
          <w:b/>
          <w:bCs/>
        </w:rPr>
        <w:t xml:space="preserve">: </w:t>
      </w:r>
      <w:r w:rsidRPr="00165D51">
        <w:rPr>
          <w:rFonts w:ascii="Arial" w:hAnsi="Arial" w:cs="Arial"/>
        </w:rPr>
        <w:t xml:space="preserve">SOUZA, A. M. </w:t>
      </w:r>
      <w:proofErr w:type="spellStart"/>
      <w:r w:rsidRPr="00165D51">
        <w:rPr>
          <w:rFonts w:ascii="Arial" w:hAnsi="Arial" w:cs="Arial"/>
        </w:rPr>
        <w:t>Ingestão</w:t>
      </w:r>
      <w:proofErr w:type="spellEnd"/>
      <w:r w:rsidRPr="00165D51">
        <w:rPr>
          <w:rFonts w:ascii="Arial" w:hAnsi="Arial" w:cs="Arial"/>
        </w:rPr>
        <w:t xml:space="preserve"> mineral e </w:t>
      </w:r>
      <w:proofErr w:type="spellStart"/>
      <w:r w:rsidRPr="00165D51">
        <w:rPr>
          <w:rFonts w:ascii="Arial" w:hAnsi="Arial" w:cs="Arial"/>
        </w:rPr>
        <w:t>integridade</w:t>
      </w:r>
      <w:proofErr w:type="spellEnd"/>
      <w:r w:rsidRPr="00165D51">
        <w:rPr>
          <w:rFonts w:ascii="Arial" w:hAnsi="Arial" w:cs="Arial"/>
        </w:rPr>
        <w:t xml:space="preserve"> intestinal. In: SANTOS, G. R. (org.). </w:t>
      </w:r>
      <w:proofErr w:type="spellStart"/>
      <w:r w:rsidRPr="00165D51">
        <w:rPr>
          <w:rFonts w:ascii="Arial" w:hAnsi="Arial" w:cs="Arial"/>
          <w:i/>
          <w:iCs/>
        </w:rPr>
        <w:t>Tratado</w:t>
      </w:r>
      <w:proofErr w:type="spellEnd"/>
      <w:r w:rsidRPr="00165D51">
        <w:rPr>
          <w:rFonts w:ascii="Arial" w:hAnsi="Arial" w:cs="Arial"/>
          <w:i/>
          <w:iCs/>
        </w:rPr>
        <w:t xml:space="preserve"> de </w:t>
      </w:r>
      <w:proofErr w:type="spellStart"/>
      <w:r w:rsidRPr="00165D51">
        <w:rPr>
          <w:rFonts w:ascii="Arial" w:hAnsi="Arial" w:cs="Arial"/>
          <w:i/>
          <w:iCs/>
        </w:rPr>
        <w:t>Zootecnia</w:t>
      </w:r>
      <w:proofErr w:type="spellEnd"/>
      <w:r w:rsidRPr="00165D51">
        <w:rPr>
          <w:rFonts w:ascii="Arial" w:hAnsi="Arial" w:cs="Arial"/>
        </w:rPr>
        <w:t>. Campinas: Editora Aliança, 2024. p. 45-89.</w:t>
      </w:r>
    </w:p>
    <w:p w14:paraId="302AD8D2" w14:textId="7DD0F1EE" w:rsidR="00165D51" w:rsidRPr="00165D51" w:rsidRDefault="00361DB8" w:rsidP="00165D51">
      <w:pPr>
        <w:pStyle w:val="PargrafodaLista"/>
        <w:numPr>
          <w:ilvl w:val="0"/>
          <w:numId w:val="11"/>
        </w:numPr>
        <w:spacing w:after="120"/>
        <w:rPr>
          <w:rFonts w:ascii="Arial" w:hAnsi="Arial" w:cs="Arial"/>
        </w:rPr>
      </w:pPr>
      <w:proofErr w:type="spellStart"/>
      <w:r>
        <w:rPr>
          <w:rFonts w:ascii="Arial" w:hAnsi="Arial" w:cs="Arial"/>
          <w:b/>
          <w:bCs/>
        </w:rPr>
        <w:t>A</w:t>
      </w:r>
      <w:r w:rsidRPr="00361DB8">
        <w:rPr>
          <w:rFonts w:ascii="Arial" w:hAnsi="Arial" w:cs="Arial"/>
          <w:b/>
          <w:bCs/>
        </w:rPr>
        <w:t>rtigo</w:t>
      </w:r>
      <w:proofErr w:type="spellEnd"/>
      <w:r w:rsidRPr="00361DB8">
        <w:rPr>
          <w:rFonts w:ascii="Arial" w:hAnsi="Arial" w:cs="Arial"/>
          <w:b/>
          <w:bCs/>
        </w:rPr>
        <w:t xml:space="preserve"> de Revista:</w:t>
      </w:r>
      <w:r w:rsidRPr="00361DB8">
        <w:rPr>
          <w:rFonts w:ascii="Arial" w:hAnsi="Arial" w:cs="Arial"/>
        </w:rPr>
        <w:t xml:space="preserve"> PONTES, S. A.; GARCIA, M. L. </w:t>
      </w:r>
      <w:proofErr w:type="spellStart"/>
      <w:r w:rsidRPr="00361DB8">
        <w:rPr>
          <w:rFonts w:ascii="Arial" w:hAnsi="Arial" w:cs="Arial"/>
        </w:rPr>
        <w:t>Efeitos</w:t>
      </w:r>
      <w:proofErr w:type="spellEnd"/>
      <w:r w:rsidRPr="00361DB8">
        <w:rPr>
          <w:rFonts w:ascii="Arial" w:hAnsi="Arial" w:cs="Arial"/>
        </w:rPr>
        <w:t xml:space="preserve"> da </w:t>
      </w:r>
      <w:proofErr w:type="spellStart"/>
      <w:r w:rsidRPr="00361DB8">
        <w:rPr>
          <w:rFonts w:ascii="Arial" w:hAnsi="Arial" w:cs="Arial"/>
        </w:rPr>
        <w:t>suplementação</w:t>
      </w:r>
      <w:proofErr w:type="spellEnd"/>
      <w:r w:rsidRPr="00361DB8">
        <w:rPr>
          <w:rFonts w:ascii="Arial" w:hAnsi="Arial" w:cs="Arial"/>
        </w:rPr>
        <w:t xml:space="preserve"> </w:t>
      </w:r>
      <w:proofErr w:type="spellStart"/>
      <w:r w:rsidRPr="00361DB8">
        <w:rPr>
          <w:rFonts w:ascii="Arial" w:hAnsi="Arial" w:cs="Arial"/>
        </w:rPr>
        <w:t>enzimática</w:t>
      </w:r>
      <w:proofErr w:type="spellEnd"/>
      <w:r w:rsidRPr="00361DB8">
        <w:rPr>
          <w:rFonts w:ascii="Arial" w:hAnsi="Arial" w:cs="Arial"/>
        </w:rPr>
        <w:t xml:space="preserve"> </w:t>
      </w:r>
      <w:proofErr w:type="spellStart"/>
      <w:r w:rsidRPr="00361DB8">
        <w:rPr>
          <w:rFonts w:ascii="Arial" w:hAnsi="Arial" w:cs="Arial"/>
        </w:rPr>
        <w:t>na</w:t>
      </w:r>
      <w:proofErr w:type="spellEnd"/>
      <w:r w:rsidRPr="00361DB8">
        <w:rPr>
          <w:rFonts w:ascii="Arial" w:hAnsi="Arial" w:cs="Arial"/>
        </w:rPr>
        <w:t xml:space="preserve"> </w:t>
      </w:r>
      <w:proofErr w:type="spellStart"/>
      <w:r w:rsidRPr="00361DB8">
        <w:rPr>
          <w:rFonts w:ascii="Arial" w:hAnsi="Arial" w:cs="Arial"/>
        </w:rPr>
        <w:t>qualidade</w:t>
      </w:r>
      <w:proofErr w:type="spellEnd"/>
      <w:r w:rsidRPr="00361DB8">
        <w:rPr>
          <w:rFonts w:ascii="Arial" w:hAnsi="Arial" w:cs="Arial"/>
        </w:rPr>
        <w:t xml:space="preserve"> da </w:t>
      </w:r>
      <w:proofErr w:type="spellStart"/>
      <w:r w:rsidRPr="00361DB8">
        <w:rPr>
          <w:rFonts w:ascii="Arial" w:hAnsi="Arial" w:cs="Arial"/>
        </w:rPr>
        <w:t>casca</w:t>
      </w:r>
      <w:proofErr w:type="spellEnd"/>
      <w:r w:rsidRPr="00361DB8">
        <w:rPr>
          <w:rFonts w:ascii="Arial" w:hAnsi="Arial" w:cs="Arial"/>
        </w:rPr>
        <w:t xml:space="preserve"> de </w:t>
      </w:r>
      <w:proofErr w:type="spellStart"/>
      <w:r w:rsidRPr="00361DB8">
        <w:rPr>
          <w:rFonts w:ascii="Arial" w:hAnsi="Arial" w:cs="Arial"/>
        </w:rPr>
        <w:t>ovos</w:t>
      </w:r>
      <w:proofErr w:type="spellEnd"/>
      <w:r w:rsidRPr="00361DB8">
        <w:rPr>
          <w:rFonts w:ascii="Arial" w:hAnsi="Arial" w:cs="Arial"/>
        </w:rPr>
        <w:t xml:space="preserve">. </w:t>
      </w:r>
      <w:r w:rsidRPr="00361DB8">
        <w:rPr>
          <w:rFonts w:ascii="Arial" w:hAnsi="Arial" w:cs="Arial"/>
          <w:i/>
          <w:iCs/>
        </w:rPr>
        <w:t xml:space="preserve">Revista Brasileira de </w:t>
      </w:r>
      <w:proofErr w:type="spellStart"/>
      <w:r w:rsidRPr="00361DB8">
        <w:rPr>
          <w:rFonts w:ascii="Arial" w:hAnsi="Arial" w:cs="Arial"/>
          <w:i/>
          <w:iCs/>
        </w:rPr>
        <w:t>Ciência</w:t>
      </w:r>
      <w:proofErr w:type="spellEnd"/>
      <w:r w:rsidRPr="00361DB8">
        <w:rPr>
          <w:rFonts w:ascii="Arial" w:hAnsi="Arial" w:cs="Arial"/>
          <w:i/>
          <w:iCs/>
        </w:rPr>
        <w:t xml:space="preserve"> Avícola</w:t>
      </w:r>
      <w:r w:rsidRPr="00361DB8">
        <w:rPr>
          <w:rFonts w:ascii="Arial" w:hAnsi="Arial" w:cs="Arial"/>
        </w:rPr>
        <w:t>, v. 12, n. 3, p. 115-128, 2026</w:t>
      </w:r>
      <w:r>
        <w:rPr>
          <w:rFonts w:ascii="Arial" w:hAnsi="Arial" w:cs="Arial"/>
        </w:rPr>
        <w:t>.</w:t>
      </w:r>
    </w:p>
    <w:p w14:paraId="77D1F844" w14:textId="77777777" w:rsidR="00164BD2" w:rsidRDefault="00164BD2" w:rsidP="00164BD2">
      <w:pPr>
        <w:spacing w:after="120"/>
        <w:ind w:left="283"/>
        <w:rPr>
          <w:rFonts w:ascii="Arial" w:hAnsi="Arial" w:cs="Arial"/>
          <w:b/>
          <w:bCs/>
        </w:rPr>
      </w:pPr>
    </w:p>
    <w:p w14:paraId="7B54BC74" w14:textId="352F6F6A" w:rsidR="00246EAD" w:rsidRPr="0073404A" w:rsidRDefault="00000000" w:rsidP="00164BD2">
      <w:pPr>
        <w:spacing w:after="120"/>
        <w:ind w:left="283"/>
        <w:rPr>
          <w:rFonts w:ascii="Arial" w:hAnsi="Arial" w:cs="Arial"/>
        </w:rPr>
      </w:pPr>
      <w:r w:rsidRPr="0073404A">
        <w:rPr>
          <w:rFonts w:ascii="Arial" w:hAnsi="Arial" w:cs="Arial"/>
          <w:b/>
        </w:rPr>
        <w:t>4. CONDIÇÕES DE ENVIO</w:t>
      </w:r>
    </w:p>
    <w:p w14:paraId="1FD259FE" w14:textId="2A333745" w:rsidR="00246EAD" w:rsidRDefault="00000000" w:rsidP="000C363E">
      <w:pPr>
        <w:pStyle w:val="Commarcadores"/>
        <w:spacing w:after="80"/>
        <w:rPr>
          <w:rFonts w:ascii="Arial" w:hAnsi="Arial" w:cs="Arial"/>
        </w:rPr>
      </w:pPr>
      <w:r w:rsidRPr="0073404A">
        <w:rPr>
          <w:rFonts w:ascii="Arial" w:hAnsi="Arial" w:cs="Arial"/>
          <w:b/>
        </w:rPr>
        <w:t xml:space="preserve">Formato do </w:t>
      </w:r>
      <w:proofErr w:type="spellStart"/>
      <w:r w:rsidRPr="0073404A">
        <w:rPr>
          <w:rFonts w:ascii="Arial" w:hAnsi="Arial" w:cs="Arial"/>
          <w:b/>
        </w:rPr>
        <w:t>Arquivo</w:t>
      </w:r>
      <w:proofErr w:type="spellEnd"/>
      <w:r w:rsidRPr="0073404A">
        <w:rPr>
          <w:rFonts w:ascii="Arial" w:hAnsi="Arial" w:cs="Arial"/>
          <w:b/>
        </w:rPr>
        <w:t>:</w:t>
      </w:r>
      <w:r w:rsidRPr="0073404A">
        <w:rPr>
          <w:rFonts w:ascii="Arial" w:hAnsi="Arial" w:cs="Arial"/>
        </w:rPr>
        <w:t xml:space="preserve"> O </w:t>
      </w:r>
      <w:proofErr w:type="spellStart"/>
      <w:r w:rsidRPr="0073404A">
        <w:rPr>
          <w:rFonts w:ascii="Arial" w:hAnsi="Arial" w:cs="Arial"/>
        </w:rPr>
        <w:t>documento</w:t>
      </w:r>
      <w:proofErr w:type="spellEnd"/>
      <w:r w:rsidRPr="0073404A">
        <w:rPr>
          <w:rFonts w:ascii="Arial" w:hAnsi="Arial" w:cs="Arial"/>
        </w:rPr>
        <w:t xml:space="preserve"> final </w:t>
      </w:r>
      <w:proofErr w:type="spellStart"/>
      <w:r w:rsidRPr="0073404A">
        <w:rPr>
          <w:rFonts w:ascii="Arial" w:hAnsi="Arial" w:cs="Arial"/>
        </w:rPr>
        <w:t>deve</w:t>
      </w:r>
      <w:proofErr w:type="spellEnd"/>
      <w:r w:rsidRPr="0073404A">
        <w:rPr>
          <w:rFonts w:ascii="Arial" w:hAnsi="Arial" w:cs="Arial"/>
        </w:rPr>
        <w:t xml:space="preserve"> ser </w:t>
      </w:r>
      <w:proofErr w:type="spellStart"/>
      <w:r w:rsidRPr="0073404A">
        <w:rPr>
          <w:rFonts w:ascii="Arial" w:hAnsi="Arial" w:cs="Arial"/>
        </w:rPr>
        <w:t>enviado</w:t>
      </w:r>
      <w:proofErr w:type="spellEnd"/>
      <w:r w:rsidRPr="0073404A">
        <w:rPr>
          <w:rFonts w:ascii="Arial" w:hAnsi="Arial" w:cs="Arial"/>
        </w:rPr>
        <w:t xml:space="preserve"> </w:t>
      </w:r>
      <w:proofErr w:type="spellStart"/>
      <w:r w:rsidRPr="0073404A">
        <w:rPr>
          <w:rFonts w:ascii="Arial" w:hAnsi="Arial" w:cs="Arial"/>
        </w:rPr>
        <w:t>exclusivamente</w:t>
      </w:r>
      <w:proofErr w:type="spellEnd"/>
      <w:r w:rsidRPr="0073404A">
        <w:rPr>
          <w:rFonts w:ascii="Arial" w:hAnsi="Arial" w:cs="Arial"/>
        </w:rPr>
        <w:t xml:space="preserve"> </w:t>
      </w:r>
      <w:proofErr w:type="spellStart"/>
      <w:r w:rsidRPr="0073404A">
        <w:rPr>
          <w:rFonts w:ascii="Arial" w:hAnsi="Arial" w:cs="Arial"/>
        </w:rPr>
        <w:t>em</w:t>
      </w:r>
      <w:proofErr w:type="spellEnd"/>
      <w:r w:rsidRPr="0073404A">
        <w:rPr>
          <w:rFonts w:ascii="Arial" w:hAnsi="Arial" w:cs="Arial"/>
        </w:rPr>
        <w:t xml:space="preserve"> </w:t>
      </w:r>
      <w:proofErr w:type="spellStart"/>
      <w:r w:rsidRPr="0073404A">
        <w:rPr>
          <w:rFonts w:ascii="Arial" w:hAnsi="Arial" w:cs="Arial"/>
        </w:rPr>
        <w:t>formato</w:t>
      </w:r>
      <w:proofErr w:type="spellEnd"/>
      <w:r w:rsidRPr="0073404A">
        <w:rPr>
          <w:rFonts w:ascii="Arial" w:hAnsi="Arial" w:cs="Arial"/>
        </w:rPr>
        <w:t xml:space="preserve"> PDF.</w:t>
      </w:r>
    </w:p>
    <w:p w14:paraId="1B6B6805" w14:textId="5F8CE84E" w:rsidR="00B9772E" w:rsidRPr="0073404A" w:rsidRDefault="005D05F1" w:rsidP="000C363E">
      <w:pPr>
        <w:pStyle w:val="Commarcadores"/>
        <w:spacing w:after="80"/>
        <w:rPr>
          <w:rFonts w:ascii="Arial" w:hAnsi="Arial" w:cs="Arial"/>
        </w:rPr>
      </w:pPr>
      <w:r w:rsidRPr="005D05F1">
        <w:rPr>
          <w:rFonts w:ascii="Arial" w:hAnsi="Arial" w:cs="Arial"/>
          <w:b/>
          <w:bCs/>
        </w:rPr>
        <w:t>Anexo:</w:t>
      </w:r>
      <w:r>
        <w:rPr>
          <w:rFonts w:ascii="Arial" w:hAnsi="Arial" w:cs="Arial"/>
        </w:rPr>
        <w:t xml:space="preserve"> </w:t>
      </w:r>
      <w:hyperlink r:id="rId9" w:history="1">
        <w:r w:rsidR="00EA1D08" w:rsidRPr="00154755">
          <w:rPr>
            <w:rStyle w:val="Hyperlink"/>
            <w:rFonts w:ascii="Arial" w:hAnsi="Arial" w:cs="Arial"/>
            <w:b/>
            <w:bCs/>
            <w:color w:val="1F497D" w:themeColor="text2"/>
          </w:rPr>
          <w:t xml:space="preserve">Modelo para </w:t>
        </w:r>
        <w:proofErr w:type="spellStart"/>
        <w:r w:rsidR="00EA1D08" w:rsidRPr="00154755">
          <w:rPr>
            <w:rStyle w:val="Hyperlink"/>
            <w:rFonts w:ascii="Arial" w:hAnsi="Arial" w:cs="Arial"/>
            <w:b/>
            <w:bCs/>
            <w:color w:val="1F497D" w:themeColor="text2"/>
          </w:rPr>
          <w:t>elaboração</w:t>
        </w:r>
        <w:proofErr w:type="spellEnd"/>
        <w:r w:rsidR="00EA1D08" w:rsidRPr="00154755">
          <w:rPr>
            <w:rStyle w:val="Hyperlink"/>
            <w:rFonts w:ascii="Arial" w:hAnsi="Arial" w:cs="Arial"/>
            <w:b/>
            <w:bCs/>
            <w:color w:val="1F497D" w:themeColor="text2"/>
          </w:rPr>
          <w:t xml:space="preserve"> do </w:t>
        </w:r>
        <w:proofErr w:type="spellStart"/>
        <w:r w:rsidR="00EA1D08" w:rsidRPr="00154755">
          <w:rPr>
            <w:rStyle w:val="Hyperlink"/>
            <w:rFonts w:ascii="Arial" w:hAnsi="Arial" w:cs="Arial"/>
            <w:b/>
            <w:bCs/>
            <w:color w:val="1F497D" w:themeColor="text2"/>
          </w:rPr>
          <w:t>trabalho</w:t>
        </w:r>
        <w:proofErr w:type="spellEnd"/>
        <w:r w:rsidR="00EA1D08" w:rsidRPr="00154755">
          <w:rPr>
            <w:rStyle w:val="Hyperlink"/>
            <w:rFonts w:ascii="Arial" w:hAnsi="Arial" w:cs="Arial"/>
            <w:b/>
            <w:bCs/>
            <w:color w:val="1F497D" w:themeColor="text2"/>
          </w:rPr>
          <w:t xml:space="preserve"> </w:t>
        </w:r>
        <w:proofErr w:type="spellStart"/>
        <w:r w:rsidR="00EA1D08" w:rsidRPr="00154755">
          <w:rPr>
            <w:rStyle w:val="Hyperlink"/>
            <w:rFonts w:ascii="Arial" w:hAnsi="Arial" w:cs="Arial"/>
            <w:b/>
            <w:bCs/>
            <w:color w:val="1F497D" w:themeColor="text2"/>
          </w:rPr>
          <w:t>científico</w:t>
        </w:r>
        <w:proofErr w:type="spellEnd"/>
        <w:r w:rsidR="00EA1D08" w:rsidRPr="00154755">
          <w:rPr>
            <w:rStyle w:val="Hyperlink"/>
            <w:rFonts w:ascii="Arial" w:hAnsi="Arial" w:cs="Arial"/>
            <w:b/>
            <w:bCs/>
            <w:color w:val="1F497D" w:themeColor="text2"/>
          </w:rPr>
          <w:t xml:space="preserve"> </w:t>
        </w:r>
        <w:proofErr w:type="spellStart"/>
        <w:r w:rsidR="00EA1D08" w:rsidRPr="00154755">
          <w:rPr>
            <w:rStyle w:val="Hyperlink"/>
            <w:rFonts w:ascii="Arial" w:hAnsi="Arial" w:cs="Arial"/>
            <w:b/>
            <w:bCs/>
            <w:color w:val="1F497D" w:themeColor="text2"/>
          </w:rPr>
          <w:t>em</w:t>
        </w:r>
        <w:proofErr w:type="spellEnd"/>
        <w:r w:rsidR="00EA1D08" w:rsidRPr="00154755">
          <w:rPr>
            <w:rStyle w:val="Hyperlink"/>
            <w:rFonts w:ascii="Arial" w:hAnsi="Arial" w:cs="Arial"/>
            <w:b/>
            <w:bCs/>
            <w:color w:val="1F497D" w:themeColor="text2"/>
          </w:rPr>
          <w:t xml:space="preserve"> </w:t>
        </w:r>
        <w:proofErr w:type="spellStart"/>
        <w:r w:rsidR="00EA1D08" w:rsidRPr="00154755">
          <w:rPr>
            <w:rStyle w:val="Hyperlink"/>
            <w:rFonts w:ascii="Arial" w:hAnsi="Arial" w:cs="Arial"/>
            <w:b/>
            <w:bCs/>
            <w:color w:val="1F497D" w:themeColor="text2"/>
          </w:rPr>
          <w:t>resumo</w:t>
        </w:r>
        <w:proofErr w:type="spellEnd"/>
        <w:r w:rsidR="00EA1D08" w:rsidRPr="00154755">
          <w:rPr>
            <w:rStyle w:val="Hyperlink"/>
            <w:rFonts w:ascii="Arial" w:hAnsi="Arial" w:cs="Arial"/>
            <w:b/>
            <w:bCs/>
            <w:color w:val="1F497D" w:themeColor="text2"/>
          </w:rPr>
          <w:t xml:space="preserve"> </w:t>
        </w:r>
        <w:proofErr w:type="spellStart"/>
        <w:r w:rsidR="00EA1D08" w:rsidRPr="00154755">
          <w:rPr>
            <w:rStyle w:val="Hyperlink"/>
            <w:rFonts w:ascii="Arial" w:hAnsi="Arial" w:cs="Arial"/>
            <w:b/>
            <w:bCs/>
            <w:color w:val="1F497D" w:themeColor="text2"/>
          </w:rPr>
          <w:t>expandido</w:t>
        </w:r>
        <w:proofErr w:type="spellEnd"/>
      </w:hyperlink>
      <w:r w:rsidR="00BD6E29" w:rsidRPr="00BD6E29">
        <w:rPr>
          <w:rFonts w:ascii="Arial" w:hAnsi="Arial" w:cs="Arial"/>
          <w:b/>
          <w:bCs/>
          <w:color w:val="1F497D" w:themeColor="text2"/>
        </w:rPr>
        <w:t xml:space="preserve"> </w:t>
      </w:r>
    </w:p>
    <w:sectPr w:rsidR="00B9772E" w:rsidRPr="0073404A" w:rsidSect="00034616">
      <w:footerReference w:type="default" r:id="rId10"/>
      <w:pgSz w:w="12240" w:h="15840"/>
      <w:pgMar w:top="1701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3CF91" w14:textId="77777777" w:rsidR="00825D73" w:rsidRDefault="00825D73" w:rsidP="000C363E">
      <w:pPr>
        <w:spacing w:after="0" w:line="240" w:lineRule="auto"/>
      </w:pPr>
      <w:r>
        <w:separator/>
      </w:r>
    </w:p>
  </w:endnote>
  <w:endnote w:type="continuationSeparator" w:id="0">
    <w:p w14:paraId="30F2FF87" w14:textId="77777777" w:rsidR="00825D73" w:rsidRDefault="00825D73" w:rsidP="000C3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Book">
    <w:altName w:val="Calibri"/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80667036"/>
      <w:docPartObj>
        <w:docPartGallery w:val="Page Numbers (Bottom of Page)"/>
        <w:docPartUnique/>
      </w:docPartObj>
    </w:sdtPr>
    <w:sdtContent>
      <w:p w14:paraId="290D5D17" w14:textId="504E1D6E" w:rsidR="007B67F8" w:rsidRDefault="007B67F8">
        <w:pPr>
          <w:pStyle w:val="Rodap"/>
          <w:jc w:val="right"/>
        </w:pPr>
        <w:r w:rsidRPr="007B67F8">
          <w:rPr>
            <w:rFonts w:ascii="Arial" w:hAnsi="Arial" w:cs="Arial"/>
            <w:sz w:val="20"/>
            <w:szCs w:val="20"/>
          </w:rPr>
          <w:fldChar w:fldCharType="begin"/>
        </w:r>
        <w:r w:rsidRPr="007B67F8">
          <w:rPr>
            <w:rFonts w:ascii="Arial" w:hAnsi="Arial" w:cs="Arial"/>
            <w:sz w:val="20"/>
            <w:szCs w:val="20"/>
          </w:rPr>
          <w:instrText>PAGE   \* MERGEFORMAT</w:instrText>
        </w:r>
        <w:r w:rsidRPr="007B67F8">
          <w:rPr>
            <w:rFonts w:ascii="Arial" w:hAnsi="Arial" w:cs="Arial"/>
            <w:sz w:val="20"/>
            <w:szCs w:val="20"/>
          </w:rPr>
          <w:fldChar w:fldCharType="separate"/>
        </w:r>
        <w:r w:rsidRPr="007B67F8">
          <w:rPr>
            <w:rFonts w:ascii="Arial" w:hAnsi="Arial" w:cs="Arial"/>
            <w:sz w:val="20"/>
            <w:szCs w:val="20"/>
            <w:lang w:val="pt-BR"/>
          </w:rPr>
          <w:t>2</w:t>
        </w:r>
        <w:r w:rsidRPr="007B67F8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59D758DB" w14:textId="77777777" w:rsidR="000C363E" w:rsidRDefault="000C363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B3F07" w14:textId="77777777" w:rsidR="00825D73" w:rsidRDefault="00825D73" w:rsidP="000C363E">
      <w:pPr>
        <w:spacing w:after="0" w:line="240" w:lineRule="auto"/>
      </w:pPr>
      <w:r>
        <w:separator/>
      </w:r>
    </w:p>
  </w:footnote>
  <w:footnote w:type="continuationSeparator" w:id="0">
    <w:p w14:paraId="0F384D43" w14:textId="77777777" w:rsidR="00825D73" w:rsidRDefault="00825D73" w:rsidP="000C36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7D2A8B"/>
    <w:multiLevelType w:val="hybridMultilevel"/>
    <w:tmpl w:val="B080901E"/>
    <w:lvl w:ilvl="0" w:tplc="0416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0" w15:restartNumberingAfterBreak="0">
    <w:nsid w:val="09E84A8A"/>
    <w:multiLevelType w:val="hybridMultilevel"/>
    <w:tmpl w:val="35A09BE0"/>
    <w:lvl w:ilvl="0" w:tplc="53DA56D4">
      <w:start w:val="1"/>
      <w:numFmt w:val="upperRoman"/>
      <w:lvlText w:val="%1."/>
      <w:lvlJc w:val="right"/>
      <w:pPr>
        <w:ind w:left="144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B002D91"/>
    <w:multiLevelType w:val="hybridMultilevel"/>
    <w:tmpl w:val="A27CF68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902733"/>
    <w:multiLevelType w:val="hybridMultilevel"/>
    <w:tmpl w:val="E69C8394"/>
    <w:lvl w:ilvl="0" w:tplc="48986B3E">
      <w:start w:val="1"/>
      <w:numFmt w:val="upperRoman"/>
      <w:lvlText w:val="%1."/>
      <w:lvlJc w:val="right"/>
      <w:pPr>
        <w:ind w:left="108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7C811DD"/>
    <w:multiLevelType w:val="hybridMultilevel"/>
    <w:tmpl w:val="DC5EBE80"/>
    <w:lvl w:ilvl="0" w:tplc="0416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4" w15:restartNumberingAfterBreak="0">
    <w:nsid w:val="509E7BC7"/>
    <w:multiLevelType w:val="hybridMultilevel"/>
    <w:tmpl w:val="84568122"/>
    <w:lvl w:ilvl="0" w:tplc="04160013">
      <w:start w:val="1"/>
      <w:numFmt w:val="upperRoman"/>
      <w:lvlText w:val="%1."/>
      <w:lvlJc w:val="righ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652622B"/>
    <w:multiLevelType w:val="hybridMultilevel"/>
    <w:tmpl w:val="E63637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0337BE"/>
    <w:multiLevelType w:val="hybridMultilevel"/>
    <w:tmpl w:val="2A0EE46C"/>
    <w:lvl w:ilvl="0" w:tplc="8B1A00CE">
      <w:start w:val="1"/>
      <w:numFmt w:val="upperRoman"/>
      <w:lvlText w:val="%1."/>
      <w:lvlJc w:val="left"/>
      <w:pPr>
        <w:ind w:left="96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20" w:hanging="360"/>
      </w:pPr>
    </w:lvl>
    <w:lvl w:ilvl="2" w:tplc="0416001B" w:tentative="1">
      <w:start w:val="1"/>
      <w:numFmt w:val="lowerRoman"/>
      <w:lvlText w:val="%3."/>
      <w:lvlJc w:val="right"/>
      <w:pPr>
        <w:ind w:left="2040" w:hanging="180"/>
      </w:pPr>
    </w:lvl>
    <w:lvl w:ilvl="3" w:tplc="0416000F" w:tentative="1">
      <w:start w:val="1"/>
      <w:numFmt w:val="decimal"/>
      <w:lvlText w:val="%4."/>
      <w:lvlJc w:val="left"/>
      <w:pPr>
        <w:ind w:left="2760" w:hanging="360"/>
      </w:pPr>
    </w:lvl>
    <w:lvl w:ilvl="4" w:tplc="04160019" w:tentative="1">
      <w:start w:val="1"/>
      <w:numFmt w:val="lowerLetter"/>
      <w:lvlText w:val="%5."/>
      <w:lvlJc w:val="left"/>
      <w:pPr>
        <w:ind w:left="3480" w:hanging="360"/>
      </w:pPr>
    </w:lvl>
    <w:lvl w:ilvl="5" w:tplc="0416001B" w:tentative="1">
      <w:start w:val="1"/>
      <w:numFmt w:val="lowerRoman"/>
      <w:lvlText w:val="%6."/>
      <w:lvlJc w:val="right"/>
      <w:pPr>
        <w:ind w:left="4200" w:hanging="180"/>
      </w:pPr>
    </w:lvl>
    <w:lvl w:ilvl="6" w:tplc="0416000F" w:tentative="1">
      <w:start w:val="1"/>
      <w:numFmt w:val="decimal"/>
      <w:lvlText w:val="%7."/>
      <w:lvlJc w:val="left"/>
      <w:pPr>
        <w:ind w:left="4920" w:hanging="360"/>
      </w:pPr>
    </w:lvl>
    <w:lvl w:ilvl="7" w:tplc="04160019" w:tentative="1">
      <w:start w:val="1"/>
      <w:numFmt w:val="lowerLetter"/>
      <w:lvlText w:val="%8."/>
      <w:lvlJc w:val="left"/>
      <w:pPr>
        <w:ind w:left="5640" w:hanging="360"/>
      </w:pPr>
    </w:lvl>
    <w:lvl w:ilvl="8" w:tplc="0416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7" w15:restartNumberingAfterBreak="0">
    <w:nsid w:val="621D363A"/>
    <w:multiLevelType w:val="hybridMultilevel"/>
    <w:tmpl w:val="0D4C5864"/>
    <w:lvl w:ilvl="0" w:tplc="04160013">
      <w:start w:val="1"/>
      <w:numFmt w:val="upperRoman"/>
      <w:lvlText w:val="%1."/>
      <w:lvlJc w:val="righ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4187F07"/>
    <w:multiLevelType w:val="hybridMultilevel"/>
    <w:tmpl w:val="E3C0F65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692728704">
    <w:abstractNumId w:val="8"/>
  </w:num>
  <w:num w:numId="2" w16cid:durableId="151723917">
    <w:abstractNumId w:val="6"/>
  </w:num>
  <w:num w:numId="3" w16cid:durableId="1498764261">
    <w:abstractNumId w:val="5"/>
  </w:num>
  <w:num w:numId="4" w16cid:durableId="1374960312">
    <w:abstractNumId w:val="4"/>
  </w:num>
  <w:num w:numId="5" w16cid:durableId="186985057">
    <w:abstractNumId w:val="7"/>
  </w:num>
  <w:num w:numId="6" w16cid:durableId="1982538423">
    <w:abstractNumId w:val="3"/>
  </w:num>
  <w:num w:numId="7" w16cid:durableId="1995256106">
    <w:abstractNumId w:val="2"/>
  </w:num>
  <w:num w:numId="8" w16cid:durableId="1397819512">
    <w:abstractNumId w:val="1"/>
  </w:num>
  <w:num w:numId="9" w16cid:durableId="1359039664">
    <w:abstractNumId w:val="0"/>
  </w:num>
  <w:num w:numId="10" w16cid:durableId="77798640">
    <w:abstractNumId w:val="13"/>
  </w:num>
  <w:num w:numId="11" w16cid:durableId="1268462248">
    <w:abstractNumId w:val="9"/>
  </w:num>
  <w:num w:numId="12" w16cid:durableId="1106660985">
    <w:abstractNumId w:val="11"/>
  </w:num>
  <w:num w:numId="13" w16cid:durableId="336925628">
    <w:abstractNumId w:val="16"/>
  </w:num>
  <w:num w:numId="14" w16cid:durableId="1270048686">
    <w:abstractNumId w:val="12"/>
  </w:num>
  <w:num w:numId="15" w16cid:durableId="1233658220">
    <w:abstractNumId w:val="15"/>
  </w:num>
  <w:num w:numId="16" w16cid:durableId="1083138430">
    <w:abstractNumId w:val="17"/>
  </w:num>
  <w:num w:numId="17" w16cid:durableId="1705475829">
    <w:abstractNumId w:val="14"/>
  </w:num>
  <w:num w:numId="18" w16cid:durableId="585846448">
    <w:abstractNumId w:val="10"/>
  </w:num>
  <w:num w:numId="19" w16cid:durableId="213964435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389C"/>
    <w:rsid w:val="0006063C"/>
    <w:rsid w:val="000649F2"/>
    <w:rsid w:val="000C363E"/>
    <w:rsid w:val="00101A83"/>
    <w:rsid w:val="0015074B"/>
    <w:rsid w:val="00152E5C"/>
    <w:rsid w:val="00154755"/>
    <w:rsid w:val="00164BD2"/>
    <w:rsid w:val="00165D51"/>
    <w:rsid w:val="00246EAD"/>
    <w:rsid w:val="0029639D"/>
    <w:rsid w:val="002C4A76"/>
    <w:rsid w:val="002E3B00"/>
    <w:rsid w:val="00326F90"/>
    <w:rsid w:val="00361DB8"/>
    <w:rsid w:val="003E0431"/>
    <w:rsid w:val="00423CC6"/>
    <w:rsid w:val="00491841"/>
    <w:rsid w:val="004E0B5E"/>
    <w:rsid w:val="004F4087"/>
    <w:rsid w:val="00531582"/>
    <w:rsid w:val="0054040A"/>
    <w:rsid w:val="00585E64"/>
    <w:rsid w:val="005A0773"/>
    <w:rsid w:val="005A318A"/>
    <w:rsid w:val="005D05F1"/>
    <w:rsid w:val="005F47F6"/>
    <w:rsid w:val="005F6404"/>
    <w:rsid w:val="00625338"/>
    <w:rsid w:val="00656566"/>
    <w:rsid w:val="006A7241"/>
    <w:rsid w:val="006D4F4B"/>
    <w:rsid w:val="006D5223"/>
    <w:rsid w:val="0073404A"/>
    <w:rsid w:val="00734F3E"/>
    <w:rsid w:val="007353C8"/>
    <w:rsid w:val="00752B8D"/>
    <w:rsid w:val="007B67F8"/>
    <w:rsid w:val="00825D73"/>
    <w:rsid w:val="008D79B1"/>
    <w:rsid w:val="00932794"/>
    <w:rsid w:val="00941231"/>
    <w:rsid w:val="009A5D4B"/>
    <w:rsid w:val="009B7AD2"/>
    <w:rsid w:val="00AA1D8D"/>
    <w:rsid w:val="00AC1A39"/>
    <w:rsid w:val="00B4526C"/>
    <w:rsid w:val="00B47730"/>
    <w:rsid w:val="00B9772E"/>
    <w:rsid w:val="00BD6E29"/>
    <w:rsid w:val="00BD73E4"/>
    <w:rsid w:val="00CB0664"/>
    <w:rsid w:val="00D871A8"/>
    <w:rsid w:val="00DC0B33"/>
    <w:rsid w:val="00E21363"/>
    <w:rsid w:val="00EA1D08"/>
    <w:rsid w:val="00EA5760"/>
    <w:rsid w:val="00F07466"/>
    <w:rsid w:val="00F62C5E"/>
    <w:rsid w:val="00FB3EE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4F8A01"/>
  <w14:defaultImageDpi w14:val="300"/>
  <w15:docId w15:val="{0FD3D1D0-44EC-451F-AE64-6DC70A366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D871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Hyperlink">
    <w:name w:val="Hyperlink"/>
    <w:basedOn w:val="Fontepargpadro"/>
    <w:uiPriority w:val="99"/>
    <w:unhideWhenUsed/>
    <w:rsid w:val="00BD6E29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D6E29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6D522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polinutrisa-my.sharepoint.com/:b:/r/personal/ti_saopaulo_polinutri_com_br/Documents/Compartilhamento%20Externo%20Onedrive/PROGRAMA%20POLINUTRI%20DE%20INCENTIVO%20A%20PESQUISA/Modelo%20de%20Elabora%C3%A7%C3%A3o%20-%20Programa.pdf?csf=1&amp;web=1&amp;e=1NDhf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608</Words>
  <Characters>3577</Characters>
  <Application>Microsoft Office Word</Application>
  <DocSecurity>0</DocSecurity>
  <Lines>77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Stefani Rosa - Departamento Técnico (São Paulo)</cp:lastModifiedBy>
  <cp:revision>43</cp:revision>
  <cp:lastPrinted>2026-07-24T12:49:00Z</cp:lastPrinted>
  <dcterms:created xsi:type="dcterms:W3CDTF">2026-06-16T12:41:00Z</dcterms:created>
  <dcterms:modified xsi:type="dcterms:W3CDTF">2026-07-24T18:38:00Z</dcterms:modified>
  <cp:category/>
</cp:coreProperties>
</file>